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7D45C" w14:textId="77777777" w:rsidR="00B84CBB" w:rsidRPr="006B2CA0" w:rsidRDefault="002F4337">
      <w:pPr>
        <w:rPr>
          <w:rFonts w:asciiTheme="majorHAnsi" w:hAnsiTheme="majorHAnsi" w:cstheme="majorHAnsi"/>
          <w:sz w:val="22"/>
          <w:szCs w:val="24"/>
          <w:lang w:val="sv-SE"/>
        </w:rPr>
      </w:pPr>
      <w:r w:rsidRPr="006B2CA0">
        <w:rPr>
          <w:rFonts w:asciiTheme="majorHAnsi" w:hAnsiTheme="majorHAnsi" w:cstheme="majorHAnsi"/>
          <w:sz w:val="22"/>
          <w:szCs w:val="24"/>
          <w:lang w:val="sv-SE"/>
        </w:rPr>
        <w:t xml:space="preserve">Använd blanketten om du vill lämna ett klagomål eller en synpunkt till Carl </w:t>
      </w:r>
      <w:proofErr w:type="spellStart"/>
      <w:r w:rsidRPr="006B2CA0">
        <w:rPr>
          <w:rFonts w:asciiTheme="majorHAnsi" w:hAnsiTheme="majorHAnsi" w:cstheme="majorHAnsi"/>
          <w:sz w:val="22"/>
          <w:szCs w:val="24"/>
          <w:lang w:val="sv-SE"/>
        </w:rPr>
        <w:t>Wahren</w:t>
      </w:r>
      <w:proofErr w:type="spellEnd"/>
      <w:r w:rsidRPr="006B2CA0">
        <w:rPr>
          <w:rFonts w:asciiTheme="majorHAnsi" w:hAnsiTheme="majorHAnsi" w:cstheme="majorHAnsi"/>
          <w:sz w:val="22"/>
          <w:szCs w:val="24"/>
          <w:lang w:val="sv-SE"/>
        </w:rPr>
        <w:t xml:space="preserve"> Gymnasium. Beskriv gärna vad som har hänt, när det hände och vad du anser behöver förbättras. Du kan också lämna klagomålet muntligt. Du kan vara anonym, men utan kontaktuppgifter kan skolan inte återkoppla.</w:t>
      </w:r>
    </w:p>
    <w:p w14:paraId="575AC9E0" w14:textId="6C04E338" w:rsidR="00B84CBB" w:rsidRPr="006B2CA0" w:rsidRDefault="002F4337">
      <w:pPr>
        <w:pStyle w:val="Rubrik1"/>
        <w:rPr>
          <w:color w:val="auto"/>
          <w:lang w:val="sv-SE"/>
        </w:rPr>
      </w:pPr>
      <w:r w:rsidRPr="006B2CA0">
        <w:rPr>
          <w:color w:val="auto"/>
          <w:lang w:val="sv-SE"/>
        </w:rPr>
        <w:t>Uppgifter om den som lämnar klagomålet</w:t>
      </w:r>
    </w:p>
    <w:tbl>
      <w:tblPr>
        <w:tblStyle w:val="Tabellrutnt"/>
        <w:tblW w:w="0" w:type="auto"/>
        <w:jc w:val="center"/>
        <w:tblLook w:val="04A0" w:firstRow="1" w:lastRow="0" w:firstColumn="1" w:lastColumn="0" w:noHBand="0" w:noVBand="1"/>
      </w:tblPr>
      <w:tblGrid>
        <w:gridCol w:w="4873"/>
        <w:gridCol w:w="4873"/>
      </w:tblGrid>
      <w:tr w:rsidR="00B84CBB" w:rsidRPr="006B2CA0" w14:paraId="3FD6FF7A" w14:textId="77777777">
        <w:trPr>
          <w:jc w:val="center"/>
        </w:trPr>
        <w:tc>
          <w:tcPr>
            <w:tcW w:w="4873" w:type="dxa"/>
            <w:shd w:val="clear" w:color="auto" w:fill="F2F2F2"/>
            <w:tcMar>
              <w:top w:w="100" w:type="dxa"/>
              <w:left w:w="100" w:type="dxa"/>
              <w:bottom w:w="100" w:type="dxa"/>
              <w:right w:w="100" w:type="dxa"/>
            </w:tcMar>
          </w:tcPr>
          <w:p w14:paraId="50FF8B56" w14:textId="77777777" w:rsidR="00B84CBB" w:rsidRPr="00D061AB" w:rsidRDefault="002F4337">
            <w:pPr>
              <w:rPr>
                <w:rFonts w:ascii="Calibri" w:hAnsi="Calibri" w:cs="Calibri"/>
                <w:sz w:val="22"/>
                <w:szCs w:val="24"/>
                <w:lang w:val="sv-SE"/>
              </w:rPr>
            </w:pPr>
            <w:r w:rsidRPr="00D061AB">
              <w:rPr>
                <w:rFonts w:ascii="Calibri" w:hAnsi="Calibri" w:cs="Calibri"/>
                <w:sz w:val="22"/>
                <w:szCs w:val="24"/>
                <w:lang w:val="sv-SE"/>
              </w:rPr>
              <w:t>Datum</w:t>
            </w:r>
          </w:p>
        </w:tc>
        <w:sdt>
          <w:sdtPr>
            <w:rPr>
              <w:rFonts w:ascii="Calibri" w:hAnsi="Calibri" w:cs="Calibri"/>
              <w:sz w:val="22"/>
              <w:szCs w:val="24"/>
              <w:lang w:val="sv-SE"/>
            </w:rPr>
            <w:id w:val="-1648049865"/>
            <w:placeholder>
              <w:docPart w:val="DefaultPlaceholder_-1854013437"/>
            </w:placeholder>
            <w:showingPlcHdr/>
            <w:date>
              <w:dateFormat w:val="yyyy-MM-dd"/>
              <w:lid w:val="sv-SE"/>
              <w:storeMappedDataAs w:val="dateTime"/>
              <w:calendar w:val="gregorian"/>
            </w:date>
          </w:sdtPr>
          <w:sdtContent>
            <w:tc>
              <w:tcPr>
                <w:tcW w:w="4873" w:type="dxa"/>
                <w:tcMar>
                  <w:top w:w="100" w:type="dxa"/>
                  <w:left w:w="100" w:type="dxa"/>
                  <w:bottom w:w="100" w:type="dxa"/>
                  <w:right w:w="100" w:type="dxa"/>
                </w:tcMar>
              </w:tcPr>
              <w:p w14:paraId="769150D5" w14:textId="2D476E51" w:rsidR="00B84CBB" w:rsidRPr="00D061AB" w:rsidRDefault="006B2CA0">
                <w:pPr>
                  <w:rPr>
                    <w:rFonts w:ascii="Calibri" w:hAnsi="Calibri" w:cs="Calibri"/>
                    <w:sz w:val="22"/>
                    <w:szCs w:val="24"/>
                    <w:lang w:val="sv-SE"/>
                  </w:rPr>
                </w:pPr>
                <w:r w:rsidRPr="00D061AB">
                  <w:rPr>
                    <w:rStyle w:val="Platshllartext"/>
                    <w:rFonts w:ascii="Calibri" w:hAnsi="Calibri" w:cs="Calibri"/>
                    <w:lang w:val="sv-SE"/>
                  </w:rPr>
                  <w:t>Klicka eller tryck här för att ange datum.</w:t>
                </w:r>
              </w:p>
            </w:tc>
          </w:sdtContent>
        </w:sdt>
      </w:tr>
      <w:tr w:rsidR="00B84CBB" w:rsidRPr="006B2CA0" w14:paraId="7B8241F1" w14:textId="77777777">
        <w:trPr>
          <w:jc w:val="center"/>
        </w:trPr>
        <w:tc>
          <w:tcPr>
            <w:tcW w:w="4873" w:type="dxa"/>
            <w:shd w:val="clear" w:color="auto" w:fill="F2F2F2"/>
            <w:tcMar>
              <w:top w:w="100" w:type="dxa"/>
              <w:left w:w="100" w:type="dxa"/>
              <w:bottom w:w="100" w:type="dxa"/>
              <w:right w:w="100" w:type="dxa"/>
            </w:tcMar>
          </w:tcPr>
          <w:p w14:paraId="3613CE27" w14:textId="77777777" w:rsidR="00B84CBB" w:rsidRPr="00D061AB" w:rsidRDefault="002F4337">
            <w:pPr>
              <w:rPr>
                <w:rFonts w:ascii="Calibri" w:hAnsi="Calibri" w:cs="Calibri"/>
                <w:sz w:val="22"/>
                <w:szCs w:val="24"/>
                <w:lang w:val="sv-SE"/>
              </w:rPr>
            </w:pPr>
            <w:r w:rsidRPr="00D061AB">
              <w:rPr>
                <w:rFonts w:ascii="Calibri" w:hAnsi="Calibri" w:cs="Calibri"/>
                <w:sz w:val="22"/>
                <w:szCs w:val="24"/>
                <w:lang w:val="sv-SE"/>
              </w:rPr>
              <w:t>Jag är</w:t>
            </w:r>
          </w:p>
        </w:tc>
        <w:tc>
          <w:tcPr>
            <w:tcW w:w="4873" w:type="dxa"/>
            <w:tcMar>
              <w:top w:w="100" w:type="dxa"/>
              <w:left w:w="100" w:type="dxa"/>
              <w:bottom w:w="100" w:type="dxa"/>
              <w:right w:w="100" w:type="dxa"/>
            </w:tcMar>
          </w:tcPr>
          <w:p w14:paraId="787830FC" w14:textId="77777777" w:rsidR="006B2CA0" w:rsidRPr="00D061AB" w:rsidRDefault="006B2CA0">
            <w:pPr>
              <w:rPr>
                <w:rFonts w:ascii="Calibri" w:hAnsi="Calibri" w:cs="Calibri"/>
                <w:sz w:val="22"/>
                <w:szCs w:val="24"/>
                <w:lang w:val="sv-SE"/>
              </w:rPr>
            </w:pPr>
            <w:sdt>
              <w:sdtPr>
                <w:rPr>
                  <w:rFonts w:ascii="Calibri" w:hAnsi="Calibri" w:cs="Calibri"/>
                  <w:sz w:val="22"/>
                  <w:szCs w:val="24"/>
                  <w:lang w:val="sv-SE"/>
                </w:rPr>
                <w:id w:val="-1944140908"/>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Pr="00D061AB">
              <w:rPr>
                <w:rFonts w:ascii="Calibri" w:hAnsi="Calibri" w:cs="Calibri"/>
                <w:sz w:val="22"/>
                <w:szCs w:val="24"/>
                <w:lang w:val="sv-SE"/>
              </w:rPr>
              <w:t xml:space="preserve"> </w:t>
            </w:r>
            <w:r w:rsidR="002F4337" w:rsidRPr="00D061AB">
              <w:rPr>
                <w:rFonts w:ascii="Calibri" w:hAnsi="Calibri" w:cs="Calibri"/>
                <w:sz w:val="22"/>
                <w:szCs w:val="24"/>
                <w:lang w:val="sv-SE"/>
              </w:rPr>
              <w:t xml:space="preserve">Elev    </w:t>
            </w:r>
            <w:sdt>
              <w:sdtPr>
                <w:rPr>
                  <w:rFonts w:ascii="Calibri" w:hAnsi="Calibri" w:cs="Calibri"/>
                  <w:sz w:val="22"/>
                  <w:szCs w:val="24"/>
                  <w:lang w:val="sv-SE"/>
                </w:rPr>
                <w:id w:val="-1065865322"/>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Pr="00D061AB">
              <w:rPr>
                <w:rFonts w:ascii="Calibri" w:hAnsi="Calibri" w:cs="Calibri"/>
                <w:sz w:val="22"/>
                <w:szCs w:val="24"/>
                <w:lang w:val="sv-SE"/>
              </w:rPr>
              <w:t xml:space="preserve"> </w:t>
            </w:r>
            <w:r w:rsidR="002F4337" w:rsidRPr="00D061AB">
              <w:rPr>
                <w:rFonts w:ascii="Calibri" w:hAnsi="Calibri" w:cs="Calibri"/>
                <w:sz w:val="22"/>
                <w:szCs w:val="24"/>
                <w:lang w:val="sv-SE"/>
              </w:rPr>
              <w:t xml:space="preserve">Vårdnadshavare    </w:t>
            </w:r>
            <w:sdt>
              <w:sdtPr>
                <w:rPr>
                  <w:rFonts w:ascii="Calibri" w:hAnsi="Calibri" w:cs="Calibri"/>
                  <w:sz w:val="22"/>
                  <w:szCs w:val="24"/>
                  <w:lang w:val="sv-SE"/>
                </w:rPr>
                <w:id w:val="-1060240318"/>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Företag    </w:t>
            </w:r>
          </w:p>
          <w:p w14:paraId="30D8780C" w14:textId="36CB73DB" w:rsidR="00B84CBB" w:rsidRPr="00D061AB" w:rsidRDefault="006B2CA0">
            <w:pPr>
              <w:rPr>
                <w:rFonts w:ascii="Calibri" w:hAnsi="Calibri" w:cs="Calibri"/>
                <w:sz w:val="22"/>
                <w:szCs w:val="24"/>
                <w:lang w:val="sv-SE"/>
              </w:rPr>
            </w:pPr>
            <w:sdt>
              <w:sdtPr>
                <w:rPr>
                  <w:rFonts w:ascii="Calibri" w:hAnsi="Calibri" w:cs="Calibri"/>
                  <w:sz w:val="22"/>
                  <w:szCs w:val="24"/>
                  <w:lang w:val="sv-SE"/>
                </w:rPr>
                <w:id w:val="1840199089"/>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Pr="00D061AB">
              <w:rPr>
                <w:rFonts w:ascii="Calibri" w:hAnsi="Calibri" w:cs="Calibri"/>
                <w:sz w:val="22"/>
                <w:szCs w:val="24"/>
                <w:lang w:val="sv-SE"/>
              </w:rPr>
              <w:t xml:space="preserve"> </w:t>
            </w:r>
            <w:r w:rsidR="002F4337" w:rsidRPr="00D061AB">
              <w:rPr>
                <w:rFonts w:ascii="Calibri" w:hAnsi="Calibri" w:cs="Calibri"/>
                <w:sz w:val="22"/>
                <w:szCs w:val="24"/>
                <w:lang w:val="sv-SE"/>
              </w:rPr>
              <w:t xml:space="preserve">Besökare    </w:t>
            </w:r>
            <w:sdt>
              <w:sdtPr>
                <w:rPr>
                  <w:rFonts w:ascii="Calibri" w:hAnsi="Calibri" w:cs="Calibri"/>
                  <w:sz w:val="22"/>
                  <w:szCs w:val="24"/>
                  <w:lang w:val="sv-SE"/>
                </w:rPr>
                <w:id w:val="-2141334101"/>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Pr="00D061AB">
              <w:rPr>
                <w:rFonts w:ascii="Calibri" w:hAnsi="Calibri" w:cs="Calibri"/>
                <w:sz w:val="22"/>
                <w:szCs w:val="24"/>
                <w:lang w:val="sv-SE"/>
              </w:rPr>
              <w:t xml:space="preserve"> </w:t>
            </w:r>
            <w:r w:rsidR="002F4337" w:rsidRPr="00D061AB">
              <w:rPr>
                <w:rFonts w:ascii="Calibri" w:hAnsi="Calibri" w:cs="Calibri"/>
                <w:sz w:val="22"/>
                <w:szCs w:val="24"/>
                <w:lang w:val="sv-SE"/>
              </w:rPr>
              <w:t>Annan</w:t>
            </w:r>
          </w:p>
        </w:tc>
      </w:tr>
      <w:tr w:rsidR="00B84CBB" w:rsidRPr="006B2CA0" w14:paraId="4D40F4BC" w14:textId="77777777">
        <w:trPr>
          <w:jc w:val="center"/>
        </w:trPr>
        <w:tc>
          <w:tcPr>
            <w:tcW w:w="4873" w:type="dxa"/>
            <w:shd w:val="clear" w:color="auto" w:fill="F2F2F2"/>
            <w:tcMar>
              <w:top w:w="100" w:type="dxa"/>
              <w:left w:w="100" w:type="dxa"/>
              <w:bottom w:w="100" w:type="dxa"/>
              <w:right w:w="100" w:type="dxa"/>
            </w:tcMar>
          </w:tcPr>
          <w:p w14:paraId="4F28B5BB" w14:textId="1C853141" w:rsidR="00B84CBB" w:rsidRPr="00D061AB" w:rsidRDefault="002F4337">
            <w:pPr>
              <w:rPr>
                <w:rFonts w:ascii="Calibri" w:hAnsi="Calibri" w:cs="Calibri"/>
                <w:sz w:val="22"/>
                <w:szCs w:val="24"/>
                <w:lang w:val="sv-SE"/>
              </w:rPr>
            </w:pPr>
            <w:r w:rsidRPr="00D061AB">
              <w:rPr>
                <w:rFonts w:ascii="Calibri" w:hAnsi="Calibri" w:cs="Calibri"/>
                <w:sz w:val="22"/>
                <w:szCs w:val="24"/>
                <w:lang w:val="sv-SE"/>
              </w:rPr>
              <w:t xml:space="preserve">För- och </w:t>
            </w:r>
            <w:r w:rsidR="006B2CA0" w:rsidRPr="00D061AB">
              <w:rPr>
                <w:rFonts w:ascii="Calibri" w:hAnsi="Calibri" w:cs="Calibri"/>
                <w:sz w:val="22"/>
                <w:szCs w:val="24"/>
                <w:lang w:val="sv-SE"/>
              </w:rPr>
              <w:t>e</w:t>
            </w:r>
            <w:r w:rsidRPr="00D061AB">
              <w:rPr>
                <w:rFonts w:ascii="Calibri" w:hAnsi="Calibri" w:cs="Calibri"/>
                <w:sz w:val="22"/>
                <w:szCs w:val="24"/>
                <w:lang w:val="sv-SE"/>
              </w:rPr>
              <w:t>fternamn</w:t>
            </w:r>
          </w:p>
        </w:tc>
        <w:sdt>
          <w:sdtPr>
            <w:rPr>
              <w:rFonts w:ascii="Calibri" w:hAnsi="Calibri" w:cs="Calibri"/>
              <w:sz w:val="22"/>
              <w:szCs w:val="24"/>
              <w:lang w:val="sv-SE"/>
            </w:rPr>
            <w:id w:val="491060089"/>
            <w:placeholder>
              <w:docPart w:val="DefaultPlaceholder_-1854013440"/>
            </w:placeholder>
            <w:showingPlcHdr/>
            <w:text/>
          </w:sdtPr>
          <w:sdtContent>
            <w:tc>
              <w:tcPr>
                <w:tcW w:w="4873" w:type="dxa"/>
                <w:tcMar>
                  <w:top w:w="100" w:type="dxa"/>
                  <w:left w:w="100" w:type="dxa"/>
                  <w:bottom w:w="100" w:type="dxa"/>
                  <w:right w:w="100" w:type="dxa"/>
                </w:tcMar>
              </w:tcPr>
              <w:p w14:paraId="67D0B873" w14:textId="7BFACDAB" w:rsidR="00B84CBB" w:rsidRPr="00D061AB" w:rsidRDefault="006B2CA0">
                <w:pPr>
                  <w:rPr>
                    <w:rFonts w:ascii="Calibri" w:hAnsi="Calibri" w:cs="Calibri"/>
                    <w:sz w:val="22"/>
                    <w:szCs w:val="24"/>
                    <w:lang w:val="sv-SE"/>
                  </w:rPr>
                </w:pPr>
                <w:r w:rsidRPr="00D061AB">
                  <w:rPr>
                    <w:rStyle w:val="Platshllartext"/>
                    <w:rFonts w:ascii="Calibri" w:hAnsi="Calibri" w:cs="Calibri"/>
                    <w:sz w:val="22"/>
                    <w:szCs w:val="24"/>
                    <w:lang w:val="sv-SE"/>
                  </w:rPr>
                  <w:t>Klicka eller tryck här för att ange text.</w:t>
                </w:r>
              </w:p>
            </w:tc>
          </w:sdtContent>
        </w:sdt>
      </w:tr>
      <w:tr w:rsidR="00B84CBB" w:rsidRPr="006B2CA0" w14:paraId="0CA112F4" w14:textId="77777777">
        <w:trPr>
          <w:jc w:val="center"/>
        </w:trPr>
        <w:tc>
          <w:tcPr>
            <w:tcW w:w="4873" w:type="dxa"/>
            <w:shd w:val="clear" w:color="auto" w:fill="F2F2F2"/>
            <w:tcMar>
              <w:top w:w="100" w:type="dxa"/>
              <w:left w:w="100" w:type="dxa"/>
              <w:bottom w:w="100" w:type="dxa"/>
              <w:right w:w="100" w:type="dxa"/>
            </w:tcMar>
          </w:tcPr>
          <w:p w14:paraId="4FF9ABC9" w14:textId="7E5B912A" w:rsidR="00B84CBB" w:rsidRPr="00D061AB" w:rsidRDefault="002F4337">
            <w:pPr>
              <w:rPr>
                <w:rFonts w:ascii="Calibri" w:hAnsi="Calibri" w:cs="Calibri"/>
                <w:sz w:val="22"/>
                <w:szCs w:val="24"/>
                <w:lang w:val="sv-SE"/>
              </w:rPr>
            </w:pPr>
            <w:r w:rsidRPr="00D061AB">
              <w:rPr>
                <w:rFonts w:ascii="Calibri" w:hAnsi="Calibri" w:cs="Calibri"/>
                <w:sz w:val="22"/>
                <w:szCs w:val="24"/>
                <w:lang w:val="sv-SE"/>
              </w:rPr>
              <w:t>E-post</w:t>
            </w:r>
          </w:p>
        </w:tc>
        <w:sdt>
          <w:sdtPr>
            <w:rPr>
              <w:rFonts w:ascii="Calibri" w:hAnsi="Calibri" w:cs="Calibri"/>
              <w:sz w:val="22"/>
              <w:szCs w:val="24"/>
              <w:lang w:val="sv-SE"/>
            </w:rPr>
            <w:id w:val="820617414"/>
            <w:placeholder>
              <w:docPart w:val="DefaultPlaceholder_-1854013440"/>
            </w:placeholder>
            <w:showingPlcHdr/>
            <w:text/>
          </w:sdtPr>
          <w:sdtContent>
            <w:tc>
              <w:tcPr>
                <w:tcW w:w="4873" w:type="dxa"/>
                <w:tcMar>
                  <w:top w:w="100" w:type="dxa"/>
                  <w:left w:w="100" w:type="dxa"/>
                  <w:bottom w:w="100" w:type="dxa"/>
                  <w:right w:w="100" w:type="dxa"/>
                </w:tcMar>
              </w:tcPr>
              <w:p w14:paraId="38400F8B" w14:textId="0F215937" w:rsidR="00B84CBB" w:rsidRPr="00D061AB" w:rsidRDefault="006B2CA0">
                <w:pPr>
                  <w:rPr>
                    <w:rFonts w:ascii="Calibri" w:hAnsi="Calibri" w:cs="Calibri"/>
                    <w:sz w:val="22"/>
                    <w:szCs w:val="24"/>
                    <w:lang w:val="sv-SE"/>
                  </w:rPr>
                </w:pPr>
                <w:r w:rsidRPr="00D061AB">
                  <w:rPr>
                    <w:rStyle w:val="Platshllartext"/>
                    <w:rFonts w:ascii="Calibri" w:hAnsi="Calibri" w:cs="Calibri"/>
                    <w:sz w:val="22"/>
                    <w:szCs w:val="24"/>
                    <w:lang w:val="sv-SE"/>
                  </w:rPr>
                  <w:t>Klicka eller tryck här för att ange text.</w:t>
                </w:r>
              </w:p>
            </w:tc>
          </w:sdtContent>
        </w:sdt>
      </w:tr>
      <w:tr w:rsidR="006B2CA0" w:rsidRPr="006B2CA0" w14:paraId="54947A1F" w14:textId="77777777">
        <w:trPr>
          <w:jc w:val="center"/>
        </w:trPr>
        <w:tc>
          <w:tcPr>
            <w:tcW w:w="4873" w:type="dxa"/>
            <w:shd w:val="clear" w:color="auto" w:fill="F2F2F2"/>
            <w:tcMar>
              <w:top w:w="100" w:type="dxa"/>
              <w:left w:w="100" w:type="dxa"/>
              <w:bottom w:w="100" w:type="dxa"/>
              <w:right w:w="100" w:type="dxa"/>
            </w:tcMar>
          </w:tcPr>
          <w:p w14:paraId="29DFE68F" w14:textId="72081F7A" w:rsidR="006B2CA0" w:rsidRPr="00D061AB" w:rsidRDefault="006B2CA0">
            <w:pPr>
              <w:rPr>
                <w:rFonts w:ascii="Calibri" w:hAnsi="Calibri" w:cs="Calibri"/>
                <w:sz w:val="22"/>
                <w:szCs w:val="24"/>
                <w:lang w:val="sv-SE"/>
              </w:rPr>
            </w:pPr>
            <w:r w:rsidRPr="00D061AB">
              <w:rPr>
                <w:rFonts w:ascii="Calibri" w:hAnsi="Calibri" w:cs="Calibri"/>
                <w:sz w:val="22"/>
                <w:szCs w:val="24"/>
                <w:lang w:val="sv-SE"/>
              </w:rPr>
              <w:t>Telefon</w:t>
            </w:r>
          </w:p>
        </w:tc>
        <w:sdt>
          <w:sdtPr>
            <w:rPr>
              <w:rFonts w:ascii="Calibri" w:hAnsi="Calibri" w:cs="Calibri"/>
              <w:sz w:val="22"/>
              <w:szCs w:val="24"/>
              <w:lang w:val="sv-SE"/>
            </w:rPr>
            <w:id w:val="1183012193"/>
            <w:placeholder>
              <w:docPart w:val="DefaultPlaceholder_-1854013440"/>
            </w:placeholder>
            <w:showingPlcHdr/>
            <w:text/>
          </w:sdtPr>
          <w:sdtContent>
            <w:tc>
              <w:tcPr>
                <w:tcW w:w="4873" w:type="dxa"/>
                <w:tcMar>
                  <w:top w:w="100" w:type="dxa"/>
                  <w:left w:w="100" w:type="dxa"/>
                  <w:bottom w:w="100" w:type="dxa"/>
                  <w:right w:w="100" w:type="dxa"/>
                </w:tcMar>
              </w:tcPr>
              <w:p w14:paraId="0D9CD498" w14:textId="6339F4FA" w:rsidR="006B2CA0" w:rsidRPr="00D061AB" w:rsidRDefault="006B2CA0">
                <w:pPr>
                  <w:rPr>
                    <w:rFonts w:ascii="Calibri" w:hAnsi="Calibri" w:cs="Calibri"/>
                    <w:sz w:val="22"/>
                    <w:szCs w:val="24"/>
                    <w:lang w:val="sv-SE"/>
                  </w:rPr>
                </w:pPr>
                <w:r w:rsidRPr="00D061AB">
                  <w:rPr>
                    <w:rStyle w:val="Platshllartext"/>
                    <w:rFonts w:ascii="Calibri" w:hAnsi="Calibri" w:cs="Calibri"/>
                    <w:sz w:val="22"/>
                    <w:szCs w:val="24"/>
                    <w:lang w:val="sv-SE"/>
                  </w:rPr>
                  <w:t>Klicka eller tryck här för att ange text.</w:t>
                </w:r>
              </w:p>
            </w:tc>
          </w:sdtContent>
        </w:sdt>
      </w:tr>
      <w:tr w:rsidR="00B84CBB" w:rsidRPr="006B2CA0" w14:paraId="0003EB5A" w14:textId="77777777">
        <w:trPr>
          <w:jc w:val="center"/>
        </w:trPr>
        <w:tc>
          <w:tcPr>
            <w:tcW w:w="4873" w:type="dxa"/>
            <w:shd w:val="clear" w:color="auto" w:fill="F2F2F2"/>
            <w:tcMar>
              <w:top w:w="100" w:type="dxa"/>
              <w:left w:w="100" w:type="dxa"/>
              <w:bottom w:w="100" w:type="dxa"/>
              <w:right w:w="100" w:type="dxa"/>
            </w:tcMar>
          </w:tcPr>
          <w:p w14:paraId="1A60CABF" w14:textId="77777777" w:rsidR="00B84CBB" w:rsidRPr="00D061AB" w:rsidRDefault="002F4337">
            <w:pPr>
              <w:rPr>
                <w:rFonts w:ascii="Calibri" w:hAnsi="Calibri" w:cs="Calibri"/>
                <w:sz w:val="22"/>
                <w:szCs w:val="24"/>
                <w:lang w:val="sv-SE"/>
              </w:rPr>
            </w:pPr>
            <w:r w:rsidRPr="00D061AB">
              <w:rPr>
                <w:rFonts w:ascii="Calibri" w:hAnsi="Calibri" w:cs="Calibri"/>
                <w:sz w:val="22"/>
                <w:szCs w:val="24"/>
                <w:lang w:val="sv-SE"/>
              </w:rPr>
              <w:t>Vill vara anonym</w:t>
            </w:r>
          </w:p>
        </w:tc>
        <w:tc>
          <w:tcPr>
            <w:tcW w:w="4873" w:type="dxa"/>
            <w:tcMar>
              <w:top w:w="100" w:type="dxa"/>
              <w:left w:w="100" w:type="dxa"/>
              <w:bottom w:w="100" w:type="dxa"/>
              <w:right w:w="100" w:type="dxa"/>
            </w:tcMar>
          </w:tcPr>
          <w:p w14:paraId="0E4ECC65" w14:textId="7ADA33CD" w:rsidR="00B84CBB" w:rsidRPr="00D061AB" w:rsidRDefault="006B2CA0">
            <w:pPr>
              <w:rPr>
                <w:rFonts w:ascii="Calibri" w:hAnsi="Calibri" w:cs="Calibri"/>
                <w:sz w:val="22"/>
                <w:szCs w:val="24"/>
                <w:lang w:val="sv-SE"/>
              </w:rPr>
            </w:pPr>
            <w:sdt>
              <w:sdtPr>
                <w:rPr>
                  <w:rFonts w:ascii="Calibri" w:hAnsi="Calibri" w:cs="Calibri"/>
                  <w:sz w:val="22"/>
                  <w:szCs w:val="24"/>
                  <w:lang w:val="sv-SE"/>
                </w:rPr>
                <w:id w:val="-402530227"/>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Ja    </w:t>
            </w:r>
            <w:sdt>
              <w:sdtPr>
                <w:rPr>
                  <w:rFonts w:ascii="Calibri" w:hAnsi="Calibri" w:cs="Calibri"/>
                  <w:sz w:val="22"/>
                  <w:szCs w:val="24"/>
                  <w:lang w:val="sv-SE"/>
                </w:rPr>
                <w:id w:val="-2116740688"/>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Pr="00D061AB">
              <w:rPr>
                <w:rFonts w:ascii="Calibri" w:hAnsi="Calibri" w:cs="Calibri"/>
                <w:sz w:val="22"/>
                <w:szCs w:val="24"/>
                <w:lang w:val="sv-SE"/>
              </w:rPr>
              <w:t xml:space="preserve"> </w:t>
            </w:r>
            <w:r w:rsidR="002F4337" w:rsidRPr="00D061AB">
              <w:rPr>
                <w:rFonts w:ascii="Calibri" w:hAnsi="Calibri" w:cs="Calibri"/>
                <w:sz w:val="22"/>
                <w:szCs w:val="24"/>
                <w:lang w:val="sv-SE"/>
              </w:rPr>
              <w:t>Nej</w:t>
            </w:r>
          </w:p>
        </w:tc>
      </w:tr>
    </w:tbl>
    <w:p w14:paraId="31689910" w14:textId="5B2FD1A8" w:rsidR="00B84CBB" w:rsidRPr="006B2CA0" w:rsidRDefault="002F4337">
      <w:pPr>
        <w:pStyle w:val="Rubrik1"/>
        <w:rPr>
          <w:color w:val="auto"/>
          <w:lang w:val="sv-SE"/>
        </w:rPr>
      </w:pPr>
      <w:r w:rsidRPr="006B2CA0">
        <w:rPr>
          <w:color w:val="auto"/>
          <w:lang w:val="sv-SE"/>
        </w:rPr>
        <w:t>Vad gäller klagomålet?</w:t>
      </w:r>
    </w:p>
    <w:tbl>
      <w:tblPr>
        <w:tblStyle w:val="Tabellrutnt"/>
        <w:tblW w:w="0" w:type="auto"/>
        <w:tblLook w:val="04A0" w:firstRow="1" w:lastRow="0" w:firstColumn="1" w:lastColumn="0" w:noHBand="0" w:noVBand="1"/>
      </w:tblPr>
      <w:tblGrid>
        <w:gridCol w:w="4873"/>
        <w:gridCol w:w="4873"/>
      </w:tblGrid>
      <w:tr w:rsidR="00B84CBB" w:rsidRPr="006B2CA0" w14:paraId="43C21A5D" w14:textId="77777777">
        <w:tc>
          <w:tcPr>
            <w:tcW w:w="4873" w:type="dxa"/>
            <w:shd w:val="clear" w:color="auto" w:fill="F2F2F2"/>
            <w:tcMar>
              <w:top w:w="150" w:type="dxa"/>
              <w:left w:w="120" w:type="dxa"/>
              <w:bottom w:w="150" w:type="dxa"/>
              <w:right w:w="120" w:type="dxa"/>
            </w:tcMar>
          </w:tcPr>
          <w:p w14:paraId="14C4CB97" w14:textId="77777777" w:rsidR="00B84CBB" w:rsidRPr="00D061AB" w:rsidRDefault="002F4337">
            <w:pPr>
              <w:rPr>
                <w:rFonts w:ascii="Calibri" w:hAnsi="Calibri" w:cs="Calibri"/>
                <w:sz w:val="22"/>
                <w:szCs w:val="24"/>
                <w:lang w:val="sv-SE"/>
              </w:rPr>
            </w:pPr>
            <w:r w:rsidRPr="00D061AB">
              <w:rPr>
                <w:rFonts w:ascii="Calibri" w:hAnsi="Calibri" w:cs="Calibri"/>
                <w:sz w:val="22"/>
                <w:szCs w:val="24"/>
                <w:lang w:val="sv-SE"/>
              </w:rPr>
              <w:t>Berörd verksamhet / program</w:t>
            </w:r>
          </w:p>
        </w:tc>
        <w:sdt>
          <w:sdtPr>
            <w:rPr>
              <w:rFonts w:ascii="Calibri" w:hAnsi="Calibri" w:cs="Calibri"/>
              <w:sz w:val="22"/>
              <w:szCs w:val="24"/>
              <w:lang w:val="sv-SE"/>
            </w:rPr>
            <w:id w:val="533932700"/>
            <w:placeholder>
              <w:docPart w:val="DefaultPlaceholder_-1854013440"/>
            </w:placeholder>
            <w:showingPlcHdr/>
            <w:text/>
          </w:sdtPr>
          <w:sdtContent>
            <w:tc>
              <w:tcPr>
                <w:tcW w:w="4873" w:type="dxa"/>
                <w:tcMar>
                  <w:top w:w="150" w:type="dxa"/>
                  <w:left w:w="120" w:type="dxa"/>
                  <w:bottom w:w="150" w:type="dxa"/>
                  <w:right w:w="120" w:type="dxa"/>
                </w:tcMar>
              </w:tcPr>
              <w:p w14:paraId="5CC319D0" w14:textId="01029ED0" w:rsidR="00B84CBB" w:rsidRPr="00D061AB" w:rsidRDefault="006B2CA0">
                <w:pPr>
                  <w:rPr>
                    <w:rFonts w:ascii="Calibri" w:hAnsi="Calibri" w:cs="Calibri"/>
                    <w:sz w:val="22"/>
                    <w:szCs w:val="24"/>
                    <w:lang w:val="sv-SE"/>
                  </w:rPr>
                </w:pPr>
                <w:r w:rsidRPr="00D061AB">
                  <w:rPr>
                    <w:rStyle w:val="Platshllartext"/>
                    <w:rFonts w:ascii="Calibri" w:hAnsi="Calibri" w:cs="Calibri"/>
                    <w:lang w:val="sv-SE"/>
                  </w:rPr>
                  <w:t>Klicka eller tryck här för att ange text.</w:t>
                </w:r>
              </w:p>
            </w:tc>
          </w:sdtContent>
        </w:sdt>
      </w:tr>
      <w:tr w:rsidR="00B84CBB" w:rsidRPr="006B2CA0" w14:paraId="59FA4474" w14:textId="77777777">
        <w:tc>
          <w:tcPr>
            <w:tcW w:w="4873" w:type="dxa"/>
            <w:shd w:val="clear" w:color="auto" w:fill="F2F2F2"/>
            <w:tcMar>
              <w:top w:w="150" w:type="dxa"/>
              <w:left w:w="120" w:type="dxa"/>
              <w:bottom w:w="150" w:type="dxa"/>
              <w:right w:w="120" w:type="dxa"/>
            </w:tcMar>
          </w:tcPr>
          <w:p w14:paraId="087A4332" w14:textId="77777777" w:rsidR="00B84CBB" w:rsidRPr="00D061AB" w:rsidRDefault="002F4337">
            <w:pPr>
              <w:rPr>
                <w:rFonts w:ascii="Calibri" w:hAnsi="Calibri" w:cs="Calibri"/>
                <w:sz w:val="22"/>
                <w:szCs w:val="24"/>
                <w:lang w:val="sv-SE"/>
              </w:rPr>
            </w:pPr>
            <w:r w:rsidRPr="00D061AB">
              <w:rPr>
                <w:rFonts w:ascii="Calibri" w:hAnsi="Calibri" w:cs="Calibri"/>
                <w:sz w:val="22"/>
                <w:szCs w:val="24"/>
                <w:lang w:val="sv-SE"/>
              </w:rPr>
              <w:t>Klagomålet gäller</w:t>
            </w:r>
          </w:p>
        </w:tc>
        <w:tc>
          <w:tcPr>
            <w:tcW w:w="4873" w:type="dxa"/>
            <w:tcMar>
              <w:top w:w="150" w:type="dxa"/>
              <w:left w:w="120" w:type="dxa"/>
              <w:bottom w:w="150" w:type="dxa"/>
              <w:right w:w="120" w:type="dxa"/>
            </w:tcMar>
          </w:tcPr>
          <w:p w14:paraId="2DB87799" w14:textId="6D15AAEF" w:rsidR="006B2CA0" w:rsidRPr="00D061AB" w:rsidRDefault="006B2CA0">
            <w:pPr>
              <w:rPr>
                <w:rFonts w:ascii="Calibri" w:hAnsi="Calibri" w:cs="Calibri"/>
                <w:sz w:val="22"/>
                <w:szCs w:val="24"/>
                <w:lang w:val="sv-SE"/>
              </w:rPr>
            </w:pPr>
            <w:sdt>
              <w:sdtPr>
                <w:rPr>
                  <w:rFonts w:ascii="Calibri" w:hAnsi="Calibri" w:cs="Calibri"/>
                  <w:sz w:val="22"/>
                  <w:szCs w:val="24"/>
                  <w:lang w:val="sv-SE"/>
                </w:rPr>
                <w:id w:val="-1808921198"/>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Bemötande  </w:t>
            </w:r>
            <w:r w:rsidR="000971A1" w:rsidRPr="00D061AB">
              <w:rPr>
                <w:rFonts w:ascii="Calibri" w:hAnsi="Calibri" w:cs="Calibri"/>
                <w:sz w:val="22"/>
                <w:szCs w:val="24"/>
                <w:lang w:val="sv-SE"/>
              </w:rPr>
              <w:t xml:space="preserve"> </w:t>
            </w:r>
            <w:sdt>
              <w:sdtPr>
                <w:rPr>
                  <w:rFonts w:ascii="Calibri" w:hAnsi="Calibri" w:cs="Calibri"/>
                  <w:sz w:val="22"/>
                  <w:szCs w:val="24"/>
                  <w:lang w:val="sv-SE"/>
                </w:rPr>
                <w:id w:val="-539665313"/>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0971A1" w:rsidRPr="00D061AB">
              <w:rPr>
                <w:rFonts w:ascii="Calibri" w:hAnsi="Calibri" w:cs="Calibri"/>
                <w:sz w:val="22"/>
                <w:szCs w:val="24"/>
                <w:lang w:val="sv-SE"/>
              </w:rPr>
              <w:t xml:space="preserve"> </w:t>
            </w:r>
            <w:r w:rsidR="002F4337" w:rsidRPr="00D061AB">
              <w:rPr>
                <w:rFonts w:ascii="Calibri" w:hAnsi="Calibri" w:cs="Calibri"/>
                <w:sz w:val="22"/>
                <w:szCs w:val="24"/>
                <w:lang w:val="sv-SE"/>
              </w:rPr>
              <w:t xml:space="preserve">Personal    </w:t>
            </w:r>
            <w:r w:rsidR="002F4337" w:rsidRPr="00D061AB">
              <w:rPr>
                <w:rFonts w:ascii="Segoe UI Symbol" w:hAnsi="Segoe UI Symbol" w:cs="Segoe UI Symbol"/>
                <w:sz w:val="22"/>
                <w:szCs w:val="24"/>
                <w:lang w:val="sv-SE"/>
              </w:rPr>
              <w:t>☐</w:t>
            </w:r>
            <w:r w:rsidR="002F4337" w:rsidRPr="00D061AB">
              <w:rPr>
                <w:rFonts w:ascii="Calibri" w:hAnsi="Calibri" w:cs="Calibri"/>
                <w:sz w:val="22"/>
                <w:szCs w:val="24"/>
                <w:lang w:val="sv-SE"/>
              </w:rPr>
              <w:t xml:space="preserve"> Information   </w:t>
            </w:r>
          </w:p>
          <w:p w14:paraId="0F65AE17" w14:textId="63D725E9" w:rsidR="006B2CA0" w:rsidRPr="00D061AB" w:rsidRDefault="006B2CA0">
            <w:pPr>
              <w:rPr>
                <w:rFonts w:ascii="Calibri" w:hAnsi="Calibri" w:cs="Calibri"/>
                <w:sz w:val="22"/>
                <w:szCs w:val="24"/>
                <w:lang w:val="sv-SE"/>
              </w:rPr>
            </w:pPr>
            <w:sdt>
              <w:sdtPr>
                <w:rPr>
                  <w:rFonts w:ascii="Calibri" w:hAnsi="Calibri" w:cs="Calibri"/>
                  <w:sz w:val="22"/>
                  <w:szCs w:val="24"/>
                  <w:lang w:val="sv-SE"/>
                </w:rPr>
                <w:id w:val="580639017"/>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Utförande</w:t>
            </w:r>
            <w:r w:rsidR="000971A1" w:rsidRPr="00D061AB">
              <w:rPr>
                <w:rFonts w:ascii="Calibri" w:hAnsi="Calibri" w:cs="Calibri"/>
                <w:sz w:val="22"/>
                <w:szCs w:val="24"/>
                <w:lang w:val="sv-SE"/>
              </w:rPr>
              <w:t xml:space="preserve">     </w:t>
            </w:r>
            <w:sdt>
              <w:sdtPr>
                <w:rPr>
                  <w:rFonts w:ascii="Calibri" w:hAnsi="Calibri" w:cs="Calibri"/>
                  <w:sz w:val="22"/>
                  <w:szCs w:val="24"/>
                  <w:lang w:val="sv-SE"/>
                </w:rPr>
                <w:id w:val="-1167792911"/>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0971A1" w:rsidRPr="00D061AB">
              <w:rPr>
                <w:rFonts w:ascii="Calibri" w:hAnsi="Calibri" w:cs="Calibri"/>
                <w:sz w:val="22"/>
                <w:szCs w:val="24"/>
                <w:lang w:val="sv-SE"/>
              </w:rPr>
              <w:t xml:space="preserve"> </w:t>
            </w:r>
            <w:r w:rsidRPr="00D061AB">
              <w:rPr>
                <w:rFonts w:ascii="Calibri" w:hAnsi="Calibri" w:cs="Calibri"/>
                <w:sz w:val="22"/>
                <w:szCs w:val="24"/>
                <w:lang w:val="sv-SE"/>
              </w:rPr>
              <w:t>Trygghet och studiero</w:t>
            </w:r>
          </w:p>
          <w:p w14:paraId="68487C32" w14:textId="731C5FAA" w:rsidR="000971A1" w:rsidRPr="00D061AB" w:rsidRDefault="006B2CA0">
            <w:pPr>
              <w:rPr>
                <w:rFonts w:ascii="Calibri" w:hAnsi="Calibri" w:cs="Calibri"/>
                <w:sz w:val="22"/>
                <w:szCs w:val="24"/>
                <w:lang w:val="sv-SE"/>
              </w:rPr>
            </w:pPr>
            <w:sdt>
              <w:sdtPr>
                <w:rPr>
                  <w:rFonts w:ascii="Calibri" w:hAnsi="Calibri" w:cs="Calibri"/>
                  <w:sz w:val="22"/>
                  <w:szCs w:val="24"/>
                  <w:lang w:val="sv-SE"/>
                </w:rPr>
                <w:id w:val="-804546397"/>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Pr="00D061AB">
              <w:rPr>
                <w:rFonts w:ascii="Calibri" w:hAnsi="Calibri" w:cs="Calibri"/>
                <w:sz w:val="22"/>
                <w:szCs w:val="24"/>
                <w:lang w:val="sv-SE"/>
              </w:rPr>
              <w:t xml:space="preserve"> Delaktighet / inflytande  </w:t>
            </w:r>
            <w:r w:rsidR="000971A1" w:rsidRPr="00D061AB">
              <w:rPr>
                <w:rFonts w:ascii="Calibri" w:hAnsi="Calibri" w:cs="Calibri"/>
                <w:sz w:val="22"/>
                <w:szCs w:val="24"/>
                <w:lang w:val="sv-SE"/>
              </w:rPr>
              <w:t xml:space="preserve"> </w:t>
            </w:r>
            <w:r w:rsidRPr="00D061AB">
              <w:rPr>
                <w:rFonts w:ascii="Calibri" w:hAnsi="Calibri" w:cs="Calibri"/>
                <w:sz w:val="22"/>
                <w:szCs w:val="24"/>
                <w:lang w:val="sv-SE"/>
              </w:rPr>
              <w:t xml:space="preserve">  </w:t>
            </w:r>
            <w:sdt>
              <w:sdtPr>
                <w:rPr>
                  <w:rFonts w:ascii="Calibri" w:hAnsi="Calibri" w:cs="Calibri"/>
                  <w:sz w:val="22"/>
                  <w:szCs w:val="24"/>
                  <w:lang w:val="sv-SE"/>
                </w:rPr>
                <w:id w:val="-1273783549"/>
                <w14:checkbox>
                  <w14:checked w14:val="0"/>
                  <w14:checkedState w14:val="2612" w14:font="MS Gothic"/>
                  <w14:uncheckedState w14:val="2610" w14:font="MS Gothic"/>
                </w14:checkbox>
              </w:sdtPr>
              <w:sdtContent>
                <w:r w:rsidR="000971A1"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Tillgänglighet   </w:t>
            </w:r>
          </w:p>
          <w:p w14:paraId="55708DBC" w14:textId="6054F4AA" w:rsidR="00B84CBB" w:rsidRPr="00D061AB" w:rsidRDefault="006B2CA0">
            <w:pPr>
              <w:rPr>
                <w:rFonts w:ascii="Calibri" w:hAnsi="Calibri" w:cs="Calibri"/>
                <w:sz w:val="22"/>
                <w:szCs w:val="24"/>
                <w:lang w:val="sv-SE"/>
              </w:rPr>
            </w:pPr>
            <w:sdt>
              <w:sdtPr>
                <w:rPr>
                  <w:rFonts w:ascii="Calibri" w:hAnsi="Calibri" w:cs="Calibri"/>
                  <w:sz w:val="22"/>
                  <w:szCs w:val="24"/>
                  <w:lang w:val="sv-SE"/>
                </w:rPr>
                <w:id w:val="-1938441454"/>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Lokal / miljö </w:t>
            </w:r>
            <w:r w:rsidR="002F4337" w:rsidRPr="00D061AB">
              <w:rPr>
                <w:rFonts w:ascii="Calibri" w:hAnsi="Calibri" w:cs="Calibri"/>
                <w:sz w:val="22"/>
                <w:szCs w:val="24"/>
                <w:lang w:val="sv-SE"/>
              </w:rPr>
              <w:t xml:space="preserve"> </w:t>
            </w:r>
            <w:sdt>
              <w:sdtPr>
                <w:rPr>
                  <w:rFonts w:ascii="Calibri" w:hAnsi="Calibri" w:cs="Calibri"/>
                  <w:sz w:val="22"/>
                  <w:szCs w:val="24"/>
                  <w:lang w:val="sv-SE"/>
                </w:rPr>
                <w:id w:val="1563836276"/>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Annat</w:t>
            </w:r>
          </w:p>
        </w:tc>
      </w:tr>
      <w:tr w:rsidR="00B84CBB" w:rsidRPr="006B2CA0" w14:paraId="31670DAE" w14:textId="77777777">
        <w:tc>
          <w:tcPr>
            <w:tcW w:w="4873" w:type="dxa"/>
            <w:shd w:val="clear" w:color="auto" w:fill="F2F2F2"/>
            <w:tcMar>
              <w:top w:w="150" w:type="dxa"/>
              <w:left w:w="120" w:type="dxa"/>
              <w:bottom w:w="150" w:type="dxa"/>
              <w:right w:w="120" w:type="dxa"/>
            </w:tcMar>
          </w:tcPr>
          <w:p w14:paraId="71210A34" w14:textId="77777777" w:rsidR="00B84CBB" w:rsidRPr="00D061AB" w:rsidRDefault="002F4337">
            <w:pPr>
              <w:rPr>
                <w:rFonts w:ascii="Calibri" w:hAnsi="Calibri" w:cs="Calibri"/>
                <w:sz w:val="22"/>
                <w:szCs w:val="24"/>
                <w:lang w:val="sv-SE"/>
              </w:rPr>
            </w:pPr>
            <w:r w:rsidRPr="00D061AB">
              <w:rPr>
                <w:rFonts w:ascii="Calibri" w:hAnsi="Calibri" w:cs="Calibri"/>
                <w:sz w:val="22"/>
                <w:szCs w:val="24"/>
                <w:lang w:val="sv-SE"/>
              </w:rPr>
              <w:t>Har du redan tagit upp frågan med någon på skolan?</w:t>
            </w:r>
          </w:p>
        </w:tc>
        <w:tc>
          <w:tcPr>
            <w:tcW w:w="4873" w:type="dxa"/>
            <w:tcMar>
              <w:top w:w="150" w:type="dxa"/>
              <w:left w:w="120" w:type="dxa"/>
              <w:bottom w:w="150" w:type="dxa"/>
              <w:right w:w="120" w:type="dxa"/>
            </w:tcMar>
          </w:tcPr>
          <w:p w14:paraId="33470196" w14:textId="77777777" w:rsidR="00B84CBB" w:rsidRPr="00D061AB" w:rsidRDefault="006B2CA0">
            <w:pPr>
              <w:rPr>
                <w:rFonts w:ascii="Calibri" w:hAnsi="Calibri" w:cs="Calibri"/>
                <w:sz w:val="22"/>
                <w:szCs w:val="24"/>
                <w:lang w:val="sv-SE"/>
              </w:rPr>
            </w:pPr>
            <w:sdt>
              <w:sdtPr>
                <w:rPr>
                  <w:rFonts w:ascii="Calibri" w:hAnsi="Calibri" w:cs="Calibri"/>
                  <w:sz w:val="22"/>
                  <w:szCs w:val="24"/>
                  <w:lang w:val="sv-SE"/>
                </w:rPr>
                <w:id w:val="-176270289"/>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Ja    </w:t>
            </w:r>
            <w:sdt>
              <w:sdtPr>
                <w:rPr>
                  <w:rFonts w:ascii="Calibri" w:hAnsi="Calibri" w:cs="Calibri"/>
                  <w:sz w:val="22"/>
                  <w:szCs w:val="24"/>
                  <w:lang w:val="sv-SE"/>
                </w:rPr>
                <w:id w:val="-2067632054"/>
                <w14:checkbox>
                  <w14:checked w14:val="0"/>
                  <w14:checkedState w14:val="2612" w14:font="MS Gothic"/>
                  <w14:uncheckedState w14:val="2610" w14:font="MS Gothic"/>
                </w14:checkbox>
              </w:sdtPr>
              <w:sdtContent>
                <w:r w:rsidRPr="00D061AB">
                  <w:rPr>
                    <w:rFonts w:ascii="Segoe UI Symbol" w:eastAsia="MS Gothic" w:hAnsi="Segoe UI Symbol" w:cs="Segoe UI Symbol"/>
                    <w:sz w:val="22"/>
                    <w:szCs w:val="24"/>
                    <w:lang w:val="sv-SE"/>
                  </w:rPr>
                  <w:t>☐</w:t>
                </w:r>
              </w:sdtContent>
            </w:sdt>
            <w:r w:rsidR="002F4337" w:rsidRPr="00D061AB">
              <w:rPr>
                <w:rFonts w:ascii="Calibri" w:hAnsi="Calibri" w:cs="Calibri"/>
                <w:sz w:val="22"/>
                <w:szCs w:val="24"/>
                <w:lang w:val="sv-SE"/>
              </w:rPr>
              <w:t xml:space="preserve"> Nej</w:t>
            </w:r>
            <w:r w:rsidR="002F4337" w:rsidRPr="00D061AB">
              <w:rPr>
                <w:rFonts w:ascii="Calibri" w:hAnsi="Calibri" w:cs="Calibri"/>
                <w:sz w:val="22"/>
                <w:szCs w:val="24"/>
                <w:lang w:val="sv-SE"/>
              </w:rPr>
              <w:br/>
              <w:t>Om ja, vem?</w:t>
            </w:r>
          </w:p>
          <w:sdt>
            <w:sdtPr>
              <w:rPr>
                <w:rFonts w:ascii="Calibri" w:hAnsi="Calibri" w:cs="Calibri"/>
                <w:sz w:val="22"/>
                <w:szCs w:val="24"/>
                <w:lang w:val="sv-SE"/>
              </w:rPr>
              <w:id w:val="1493367680"/>
              <w:placeholder>
                <w:docPart w:val="DefaultPlaceholder_-1854013440"/>
              </w:placeholder>
              <w:showingPlcHdr/>
              <w:text/>
            </w:sdtPr>
            <w:sdtContent>
              <w:p w14:paraId="1B915498" w14:textId="648D63C4" w:rsidR="006B2CA0" w:rsidRPr="00D061AB" w:rsidRDefault="006B2CA0">
                <w:pPr>
                  <w:rPr>
                    <w:rFonts w:ascii="Calibri" w:hAnsi="Calibri" w:cs="Calibri"/>
                    <w:sz w:val="22"/>
                    <w:szCs w:val="24"/>
                    <w:lang w:val="sv-SE"/>
                  </w:rPr>
                </w:pPr>
                <w:r w:rsidRPr="00D061AB">
                  <w:rPr>
                    <w:rStyle w:val="Platshllartext"/>
                    <w:rFonts w:ascii="Calibri" w:hAnsi="Calibri" w:cs="Calibri"/>
                    <w:lang w:val="sv-SE"/>
                  </w:rPr>
                  <w:t>Klicka eller tryck här för att ange text.</w:t>
                </w:r>
              </w:p>
            </w:sdtContent>
          </w:sdt>
        </w:tc>
      </w:tr>
    </w:tbl>
    <w:p w14:paraId="6E4D7E7B" w14:textId="77777777" w:rsidR="0061475C" w:rsidRDefault="0061475C" w:rsidP="006B2CA0">
      <w:pPr>
        <w:pStyle w:val="Rubrik1"/>
        <w:rPr>
          <w:color w:val="auto"/>
          <w:lang w:val="sv-SE"/>
        </w:rPr>
      </w:pPr>
    </w:p>
    <w:p w14:paraId="6E8D2B18" w14:textId="77777777" w:rsidR="0061475C" w:rsidRDefault="0061475C">
      <w:pPr>
        <w:rPr>
          <w:rFonts w:asciiTheme="majorHAnsi" w:eastAsiaTheme="majorEastAsia" w:hAnsiTheme="majorHAnsi" w:cstheme="majorBidi"/>
          <w:b/>
          <w:bCs/>
          <w:sz w:val="32"/>
          <w:szCs w:val="28"/>
          <w:lang w:val="sv-SE"/>
        </w:rPr>
      </w:pPr>
      <w:r>
        <w:rPr>
          <w:lang w:val="sv-SE"/>
        </w:rPr>
        <w:br w:type="page"/>
      </w:r>
    </w:p>
    <w:p w14:paraId="518CAAC3" w14:textId="2DFA1890" w:rsidR="00B84CBB" w:rsidRDefault="002F4337" w:rsidP="006B2CA0">
      <w:pPr>
        <w:pStyle w:val="Rubrik1"/>
        <w:rPr>
          <w:color w:val="auto"/>
          <w:lang w:val="sv-SE"/>
        </w:rPr>
      </w:pPr>
      <w:r w:rsidRPr="006B2CA0">
        <w:rPr>
          <w:color w:val="auto"/>
          <w:lang w:val="sv-SE"/>
        </w:rPr>
        <w:lastRenderedPageBreak/>
        <w:t>Beskriv ditt klagomål</w:t>
      </w:r>
    </w:p>
    <w:tbl>
      <w:tblPr>
        <w:tblStyle w:val="Tabellrutnt"/>
        <w:tblW w:w="0" w:type="auto"/>
        <w:tblLook w:val="04A0" w:firstRow="1" w:lastRow="0" w:firstColumn="1" w:lastColumn="0" w:noHBand="0" w:noVBand="1"/>
      </w:tblPr>
      <w:tblGrid>
        <w:gridCol w:w="9902"/>
      </w:tblGrid>
      <w:tr w:rsidR="0061475C" w:rsidRPr="006B2CA0" w14:paraId="55C4AFA6" w14:textId="77777777" w:rsidTr="0061475C">
        <w:trPr>
          <w:trHeight w:val="285"/>
        </w:trPr>
        <w:tc>
          <w:tcPr>
            <w:tcW w:w="9902" w:type="dxa"/>
            <w:shd w:val="clear" w:color="auto" w:fill="F2F2F2"/>
            <w:tcMar>
              <w:top w:w="150" w:type="dxa"/>
              <w:left w:w="120" w:type="dxa"/>
              <w:bottom w:w="150" w:type="dxa"/>
              <w:right w:w="120" w:type="dxa"/>
            </w:tcMar>
          </w:tcPr>
          <w:p w14:paraId="00F86EF0" w14:textId="110B7BD9" w:rsidR="0061475C" w:rsidRPr="006B2CA0" w:rsidRDefault="0061475C" w:rsidP="00AF7367">
            <w:pPr>
              <w:rPr>
                <w:rFonts w:ascii="Calibri" w:hAnsi="Calibri" w:cs="Calibri"/>
                <w:sz w:val="22"/>
                <w:szCs w:val="24"/>
                <w:lang w:val="sv-SE"/>
              </w:rPr>
            </w:pPr>
            <w:r w:rsidRPr="0061475C">
              <w:rPr>
                <w:rFonts w:ascii="Calibri" w:hAnsi="Calibri" w:cs="Calibri"/>
                <w:sz w:val="22"/>
                <w:szCs w:val="24"/>
                <w:lang w:val="sv-SE"/>
              </w:rPr>
              <w:t>Vad har hänt? När inträffade det? Beskriv så konkret och tydligt som möjligt.</w:t>
            </w:r>
          </w:p>
        </w:tc>
      </w:tr>
      <w:tr w:rsidR="0061475C" w:rsidRPr="006B2CA0" w14:paraId="1A5E3E1D" w14:textId="77777777" w:rsidTr="0061475C">
        <w:trPr>
          <w:trHeight w:val="1810"/>
        </w:trPr>
        <w:tc>
          <w:tcPr>
            <w:tcW w:w="9902" w:type="dxa"/>
            <w:shd w:val="clear" w:color="auto" w:fill="FFFFFF" w:themeFill="background1"/>
            <w:tcMar>
              <w:top w:w="150" w:type="dxa"/>
              <w:left w:w="120" w:type="dxa"/>
              <w:bottom w:w="150" w:type="dxa"/>
              <w:right w:w="120" w:type="dxa"/>
            </w:tcMar>
          </w:tcPr>
          <w:sdt>
            <w:sdtPr>
              <w:rPr>
                <w:rFonts w:ascii="Calibri" w:hAnsi="Calibri" w:cs="Calibri"/>
                <w:sz w:val="22"/>
                <w:szCs w:val="24"/>
                <w:lang w:val="sv-SE"/>
              </w:rPr>
              <w:id w:val="-1652207729"/>
              <w:placeholder>
                <w:docPart w:val="DefaultPlaceholder_-1854013440"/>
              </w:placeholder>
              <w:showingPlcHdr/>
            </w:sdtPr>
            <w:sdtContent>
              <w:p w14:paraId="0C5E57E2" w14:textId="63A61E40" w:rsidR="0061475C" w:rsidRDefault="0061475C" w:rsidP="0061475C">
                <w:pPr>
                  <w:rPr>
                    <w:rFonts w:ascii="Calibri" w:hAnsi="Calibri" w:cs="Calibri"/>
                    <w:sz w:val="22"/>
                    <w:szCs w:val="24"/>
                    <w:lang w:val="sv-SE"/>
                  </w:rPr>
                </w:pPr>
                <w:r w:rsidRPr="0061475C">
                  <w:rPr>
                    <w:rStyle w:val="Platshllartext"/>
                    <w:lang w:val="sv-SE"/>
                  </w:rPr>
                  <w:t>Klicka eller tryck här för att ange text.</w:t>
                </w:r>
              </w:p>
            </w:sdtContent>
          </w:sdt>
        </w:tc>
      </w:tr>
    </w:tbl>
    <w:p w14:paraId="193AD4A1" w14:textId="2F913B98" w:rsidR="00B84CBB" w:rsidRPr="0061475C" w:rsidRDefault="002F4337">
      <w:pPr>
        <w:pStyle w:val="Rubrik1"/>
        <w:rPr>
          <w:color w:val="auto"/>
          <w:lang w:val="sv-SE"/>
        </w:rPr>
      </w:pPr>
      <w:r w:rsidRPr="0061475C">
        <w:rPr>
          <w:color w:val="auto"/>
          <w:lang w:val="sv-SE"/>
        </w:rPr>
        <w:t>Förslag till förbättring</w:t>
      </w:r>
    </w:p>
    <w:tbl>
      <w:tblPr>
        <w:tblStyle w:val="Tabellrutnt"/>
        <w:tblW w:w="0" w:type="auto"/>
        <w:tblLook w:val="04A0" w:firstRow="1" w:lastRow="0" w:firstColumn="1" w:lastColumn="0" w:noHBand="0" w:noVBand="1"/>
      </w:tblPr>
      <w:tblGrid>
        <w:gridCol w:w="9902"/>
      </w:tblGrid>
      <w:tr w:rsidR="0061475C" w:rsidRPr="006B2CA0" w14:paraId="69D86CF6" w14:textId="77777777" w:rsidTr="00AF7367">
        <w:trPr>
          <w:trHeight w:val="285"/>
        </w:trPr>
        <w:tc>
          <w:tcPr>
            <w:tcW w:w="9902" w:type="dxa"/>
            <w:shd w:val="clear" w:color="auto" w:fill="F2F2F2"/>
            <w:tcMar>
              <w:top w:w="150" w:type="dxa"/>
              <w:left w:w="120" w:type="dxa"/>
              <w:bottom w:w="150" w:type="dxa"/>
              <w:right w:w="120" w:type="dxa"/>
            </w:tcMar>
          </w:tcPr>
          <w:p w14:paraId="68679BFF" w14:textId="1523C219" w:rsidR="0061475C" w:rsidRPr="006B2CA0" w:rsidRDefault="0061475C" w:rsidP="00AF7367">
            <w:pPr>
              <w:rPr>
                <w:rFonts w:ascii="Calibri" w:hAnsi="Calibri" w:cs="Calibri"/>
                <w:sz w:val="22"/>
                <w:szCs w:val="24"/>
                <w:lang w:val="sv-SE"/>
              </w:rPr>
            </w:pPr>
            <w:r w:rsidRPr="0061475C">
              <w:rPr>
                <w:rFonts w:ascii="Calibri" w:hAnsi="Calibri" w:cs="Calibri"/>
                <w:sz w:val="22"/>
                <w:szCs w:val="24"/>
                <w:lang w:val="sv-SE"/>
              </w:rPr>
              <w:t>Hur skulle du vilja att problemet löstes eller verksamheten förbättrades?</w:t>
            </w:r>
          </w:p>
        </w:tc>
      </w:tr>
      <w:tr w:rsidR="0061475C" w:rsidRPr="006B2CA0" w14:paraId="56BD09FB" w14:textId="77777777" w:rsidTr="00AF7367">
        <w:trPr>
          <w:trHeight w:val="1810"/>
        </w:trPr>
        <w:tc>
          <w:tcPr>
            <w:tcW w:w="9902" w:type="dxa"/>
            <w:shd w:val="clear" w:color="auto" w:fill="FFFFFF" w:themeFill="background1"/>
            <w:tcMar>
              <w:top w:w="150" w:type="dxa"/>
              <w:left w:w="120" w:type="dxa"/>
              <w:bottom w:w="150" w:type="dxa"/>
              <w:right w:w="120" w:type="dxa"/>
            </w:tcMar>
          </w:tcPr>
          <w:sdt>
            <w:sdtPr>
              <w:rPr>
                <w:rFonts w:ascii="Calibri" w:hAnsi="Calibri" w:cs="Calibri"/>
                <w:sz w:val="22"/>
                <w:szCs w:val="24"/>
                <w:lang w:val="sv-SE"/>
              </w:rPr>
              <w:id w:val="-876846606"/>
              <w:placeholder>
                <w:docPart w:val="41535CBB0F0F4B99A0EC7C0F3972A125"/>
              </w:placeholder>
              <w:showingPlcHdr/>
            </w:sdtPr>
            <w:sdtContent>
              <w:p w14:paraId="2ED905B7" w14:textId="77777777" w:rsidR="0061475C" w:rsidRDefault="0061475C" w:rsidP="00AF7367">
                <w:pPr>
                  <w:rPr>
                    <w:rFonts w:ascii="Calibri" w:hAnsi="Calibri" w:cs="Calibri"/>
                    <w:sz w:val="22"/>
                    <w:szCs w:val="24"/>
                    <w:lang w:val="sv-SE"/>
                  </w:rPr>
                </w:pPr>
                <w:r w:rsidRPr="0061475C">
                  <w:rPr>
                    <w:rStyle w:val="Platshllartext"/>
                    <w:lang w:val="sv-SE"/>
                  </w:rPr>
                  <w:t>Klicka eller tryck här för att ange text.</w:t>
                </w:r>
              </w:p>
            </w:sdtContent>
          </w:sdt>
        </w:tc>
      </w:tr>
    </w:tbl>
    <w:p w14:paraId="774231DB" w14:textId="0AA5943B" w:rsidR="00B84CBB" w:rsidRPr="0061475C" w:rsidRDefault="002F4337">
      <w:pPr>
        <w:pStyle w:val="Rubrik1"/>
        <w:rPr>
          <w:color w:val="auto"/>
          <w:lang w:val="sv-SE"/>
        </w:rPr>
      </w:pPr>
      <w:r w:rsidRPr="0061475C">
        <w:rPr>
          <w:color w:val="auto"/>
          <w:lang w:val="sv-SE"/>
        </w:rPr>
        <w:t>Önskad återkoppling</w:t>
      </w:r>
    </w:p>
    <w:p w14:paraId="417F837D" w14:textId="672A658F" w:rsidR="00B84CBB" w:rsidRPr="0061475C" w:rsidRDefault="0061475C">
      <w:pPr>
        <w:rPr>
          <w:rFonts w:ascii="Calibri" w:hAnsi="Calibri" w:cs="Calibri"/>
          <w:sz w:val="22"/>
          <w:lang w:val="sv-SE"/>
        </w:rPr>
      </w:pPr>
      <w:sdt>
        <w:sdtPr>
          <w:rPr>
            <w:rFonts w:ascii="Calibri" w:hAnsi="Calibri" w:cs="Calibri"/>
            <w:sz w:val="22"/>
            <w:lang w:val="sv-SE"/>
          </w:rPr>
          <w:id w:val="-722134619"/>
          <w14:checkbox>
            <w14:checked w14:val="0"/>
            <w14:checkedState w14:val="2612" w14:font="MS Gothic"/>
            <w14:uncheckedState w14:val="2610" w14:font="MS Gothic"/>
          </w14:checkbox>
        </w:sdtPr>
        <w:sdtContent>
          <w:r>
            <w:rPr>
              <w:rFonts w:ascii="MS Gothic" w:eastAsia="MS Gothic" w:hAnsi="MS Gothic" w:cs="Calibri" w:hint="eastAsia"/>
              <w:sz w:val="22"/>
              <w:lang w:val="sv-SE"/>
            </w:rPr>
            <w:t>☐</w:t>
          </w:r>
        </w:sdtContent>
      </w:sdt>
      <w:r w:rsidR="002F4337" w:rsidRPr="0061475C">
        <w:rPr>
          <w:rFonts w:ascii="Calibri" w:hAnsi="Calibri" w:cs="Calibri"/>
          <w:sz w:val="22"/>
          <w:lang w:val="sv-SE"/>
        </w:rPr>
        <w:t xml:space="preserve"> Jag vill ha skriftlig återkoppling    </w:t>
      </w:r>
      <w:sdt>
        <w:sdtPr>
          <w:rPr>
            <w:rFonts w:ascii="Calibri" w:hAnsi="Calibri" w:cs="Calibri"/>
            <w:sz w:val="22"/>
            <w:lang w:val="sv-SE"/>
          </w:rPr>
          <w:id w:val="134527797"/>
          <w14:checkbox>
            <w14:checked w14:val="0"/>
            <w14:checkedState w14:val="2612" w14:font="MS Gothic"/>
            <w14:uncheckedState w14:val="2610" w14:font="MS Gothic"/>
          </w14:checkbox>
        </w:sdtPr>
        <w:sdtContent>
          <w:r>
            <w:rPr>
              <w:rFonts w:ascii="MS Gothic" w:eastAsia="MS Gothic" w:hAnsi="MS Gothic" w:cs="Calibri" w:hint="eastAsia"/>
              <w:sz w:val="22"/>
              <w:lang w:val="sv-SE"/>
            </w:rPr>
            <w:t>☐</w:t>
          </w:r>
        </w:sdtContent>
      </w:sdt>
      <w:r w:rsidR="002F4337" w:rsidRPr="0061475C">
        <w:rPr>
          <w:rFonts w:ascii="Calibri" w:hAnsi="Calibri" w:cs="Calibri"/>
          <w:sz w:val="22"/>
          <w:lang w:val="sv-SE"/>
        </w:rPr>
        <w:t xml:space="preserve"> Jag vill bli kontaktad för samtal    </w:t>
      </w:r>
      <w:sdt>
        <w:sdtPr>
          <w:rPr>
            <w:rFonts w:ascii="Calibri" w:hAnsi="Calibri" w:cs="Calibri"/>
            <w:sz w:val="22"/>
            <w:lang w:val="sv-SE"/>
          </w:rPr>
          <w:id w:val="1039794713"/>
          <w14:checkbox>
            <w14:checked w14:val="0"/>
            <w14:checkedState w14:val="2612" w14:font="MS Gothic"/>
            <w14:uncheckedState w14:val="2610" w14:font="MS Gothic"/>
          </w14:checkbox>
        </w:sdtPr>
        <w:sdtContent>
          <w:r>
            <w:rPr>
              <w:rFonts w:ascii="MS Gothic" w:eastAsia="MS Gothic" w:hAnsi="MS Gothic" w:cs="Calibri" w:hint="eastAsia"/>
              <w:sz w:val="22"/>
              <w:lang w:val="sv-SE"/>
            </w:rPr>
            <w:t>☐</w:t>
          </w:r>
        </w:sdtContent>
      </w:sdt>
      <w:r w:rsidR="002F4337" w:rsidRPr="0061475C">
        <w:rPr>
          <w:rFonts w:ascii="Calibri" w:hAnsi="Calibri" w:cs="Calibri"/>
          <w:sz w:val="22"/>
          <w:lang w:val="sv-SE"/>
        </w:rPr>
        <w:t xml:space="preserve"> Jag önskar ingen återkoppling</w:t>
      </w:r>
    </w:p>
    <w:p w14:paraId="53E41FA9" w14:textId="4B8086E6" w:rsidR="00B84CBB" w:rsidRPr="0061475C" w:rsidRDefault="002F4337">
      <w:pPr>
        <w:rPr>
          <w:rFonts w:ascii="Calibri" w:hAnsi="Calibri" w:cs="Calibri"/>
          <w:sz w:val="22"/>
          <w:lang w:val="sv-SE"/>
        </w:rPr>
      </w:pPr>
      <w:r w:rsidRPr="0061475C">
        <w:rPr>
          <w:rFonts w:ascii="Calibri" w:hAnsi="Calibri" w:cs="Calibri"/>
          <w:sz w:val="22"/>
          <w:lang w:val="sv-SE"/>
        </w:rPr>
        <w:t xml:space="preserve">Blanketten lämnas till rektor eller skickas till Caroline Lindgren, </w:t>
      </w:r>
      <w:hyperlink r:id="rId8" w:history="1">
        <w:r w:rsidR="0061475C" w:rsidRPr="006663D7">
          <w:rPr>
            <w:rStyle w:val="Hyperlnk"/>
            <w:rFonts w:ascii="Calibri" w:hAnsi="Calibri" w:cs="Calibri"/>
            <w:sz w:val="22"/>
            <w:lang w:val="sv-SE"/>
          </w:rPr>
          <w:t>caroline.lindgren@carlwahren.com</w:t>
        </w:r>
      </w:hyperlink>
      <w:r w:rsidR="0061475C">
        <w:rPr>
          <w:rFonts w:ascii="Calibri" w:hAnsi="Calibri" w:cs="Calibri"/>
          <w:sz w:val="22"/>
          <w:lang w:val="sv-SE"/>
        </w:rPr>
        <w:br/>
      </w:r>
      <w:r w:rsidRPr="0061475C">
        <w:rPr>
          <w:rFonts w:ascii="Calibri" w:hAnsi="Calibri" w:cs="Calibri"/>
          <w:sz w:val="22"/>
          <w:lang w:val="sv-SE"/>
        </w:rPr>
        <w:t>Klagomål som lämnas skriftligt dokumenteras och hanteras enligt skolans rutin för klagomålshantering.</w:t>
      </w:r>
    </w:p>
    <w:sectPr w:rsidR="00B84CBB" w:rsidRPr="0061475C" w:rsidSect="00034616">
      <w:headerReference w:type="default" r:id="rId9"/>
      <w:footerReference w:type="default" r:id="rId10"/>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4792F" w14:textId="77777777" w:rsidR="002F4337" w:rsidRDefault="002F4337" w:rsidP="006B2CA0">
      <w:pPr>
        <w:spacing w:after="0" w:line="240" w:lineRule="auto"/>
      </w:pPr>
      <w:r>
        <w:separator/>
      </w:r>
    </w:p>
  </w:endnote>
  <w:endnote w:type="continuationSeparator" w:id="0">
    <w:p w14:paraId="63EBF5D0" w14:textId="77777777" w:rsidR="002F4337" w:rsidRDefault="002F4337" w:rsidP="006B2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sz w:val="22"/>
        <w:lang w:val="sv-SE"/>
      </w:rPr>
      <w:id w:val="-2052528732"/>
      <w:docPartObj>
        <w:docPartGallery w:val="Page Numbers (Bottom of Page)"/>
        <w:docPartUnique/>
      </w:docPartObj>
    </w:sdtPr>
    <w:sdtContent>
      <w:p w14:paraId="2B4E53BD" w14:textId="77777777" w:rsidR="006B2CA0" w:rsidRPr="006B2CA0" w:rsidRDefault="006B2CA0" w:rsidP="006B2CA0">
        <w:pPr>
          <w:tabs>
            <w:tab w:val="left" w:pos="3969"/>
            <w:tab w:val="left" w:pos="7230"/>
          </w:tabs>
          <w:spacing w:after="0" w:line="240" w:lineRule="auto"/>
          <w:jc w:val="both"/>
          <w:rPr>
            <w:rFonts w:ascii="Calibri" w:eastAsia="Calibri" w:hAnsi="Calibri" w:cs="Times New Roman"/>
            <w:sz w:val="16"/>
            <w:szCs w:val="16"/>
            <w:lang w:val="sv-SE"/>
          </w:rPr>
        </w:pPr>
        <w:r w:rsidRPr="006B2CA0">
          <w:rPr>
            <w:rFonts w:ascii="Calibri" w:eastAsia="Calibri" w:hAnsi="Calibri" w:cs="Times New Roman"/>
            <w:sz w:val="16"/>
            <w:szCs w:val="16"/>
            <w:lang w:val="sv-SE"/>
          </w:rPr>
          <w:t>Postadress</w:t>
        </w:r>
        <w:r w:rsidRPr="006B2CA0">
          <w:rPr>
            <w:rFonts w:ascii="Calibri" w:eastAsia="Calibri" w:hAnsi="Calibri" w:cs="Times New Roman"/>
            <w:sz w:val="16"/>
            <w:szCs w:val="16"/>
            <w:lang w:val="sv-SE"/>
          </w:rPr>
          <w:tab/>
          <w:t>Telefon</w:t>
        </w:r>
        <w:r w:rsidRPr="006B2CA0">
          <w:rPr>
            <w:rFonts w:ascii="Calibri" w:eastAsia="Calibri" w:hAnsi="Calibri" w:cs="Times New Roman"/>
            <w:sz w:val="16"/>
            <w:szCs w:val="16"/>
            <w:lang w:val="sv-SE"/>
          </w:rPr>
          <w:tab/>
          <w:t>Internet</w:t>
        </w:r>
      </w:p>
      <w:p w14:paraId="76EF4E2E" w14:textId="77777777" w:rsidR="006B2CA0" w:rsidRPr="006B2CA0" w:rsidRDefault="006B2CA0" w:rsidP="006B2CA0">
        <w:pPr>
          <w:tabs>
            <w:tab w:val="left" w:pos="3969"/>
            <w:tab w:val="left" w:pos="7230"/>
          </w:tabs>
          <w:spacing w:after="0" w:line="240" w:lineRule="auto"/>
          <w:jc w:val="both"/>
          <w:rPr>
            <w:rFonts w:ascii="Calibri" w:eastAsia="Calibri" w:hAnsi="Calibri" w:cs="Times New Roman"/>
            <w:sz w:val="20"/>
            <w:szCs w:val="20"/>
            <w:lang w:val="sv-SE"/>
          </w:rPr>
        </w:pPr>
        <w:r w:rsidRPr="006B2CA0">
          <w:rPr>
            <w:rFonts w:ascii="Calibri" w:eastAsia="Calibri" w:hAnsi="Calibri" w:cs="Times New Roman"/>
            <w:sz w:val="20"/>
            <w:szCs w:val="20"/>
            <w:lang w:val="sv-SE"/>
          </w:rPr>
          <w:t xml:space="preserve">Carl </w:t>
        </w:r>
        <w:proofErr w:type="spellStart"/>
        <w:r w:rsidRPr="006B2CA0">
          <w:rPr>
            <w:rFonts w:ascii="Calibri" w:eastAsia="Calibri" w:hAnsi="Calibri" w:cs="Times New Roman"/>
            <w:sz w:val="20"/>
            <w:szCs w:val="20"/>
            <w:lang w:val="sv-SE"/>
          </w:rPr>
          <w:t>Wahren</w:t>
        </w:r>
        <w:proofErr w:type="spellEnd"/>
        <w:r w:rsidRPr="006B2CA0">
          <w:rPr>
            <w:rFonts w:ascii="Calibri" w:eastAsia="Calibri" w:hAnsi="Calibri" w:cs="Times New Roman"/>
            <w:sz w:val="20"/>
            <w:szCs w:val="20"/>
            <w:lang w:val="sv-SE"/>
          </w:rPr>
          <w:t xml:space="preserve"> Gymnasium</w:t>
        </w:r>
        <w:r w:rsidRPr="006B2CA0">
          <w:rPr>
            <w:rFonts w:ascii="Calibri" w:eastAsia="Calibri" w:hAnsi="Calibri" w:cs="Times New Roman"/>
            <w:sz w:val="20"/>
            <w:szCs w:val="20"/>
            <w:lang w:val="sv-SE"/>
          </w:rPr>
          <w:tab/>
        </w:r>
        <w:proofErr w:type="spellStart"/>
        <w:r w:rsidRPr="006B2CA0">
          <w:rPr>
            <w:rFonts w:ascii="Calibri" w:eastAsia="Calibri" w:hAnsi="Calibri" w:cs="Times New Roman"/>
            <w:sz w:val="20"/>
            <w:szCs w:val="20"/>
            <w:lang w:val="sv-SE"/>
          </w:rPr>
          <w:t>admin</w:t>
        </w:r>
        <w:proofErr w:type="spellEnd"/>
        <w:r w:rsidRPr="006B2CA0">
          <w:rPr>
            <w:rFonts w:ascii="Calibri" w:eastAsia="Calibri" w:hAnsi="Calibri" w:cs="Times New Roman"/>
            <w:sz w:val="20"/>
            <w:szCs w:val="20"/>
            <w:lang w:val="sv-SE"/>
          </w:rPr>
          <w:t xml:space="preserve"> 070-419 07 30</w:t>
        </w:r>
        <w:r w:rsidRPr="006B2CA0">
          <w:rPr>
            <w:rFonts w:ascii="Calibri" w:eastAsia="Calibri" w:hAnsi="Calibri" w:cs="Times New Roman"/>
            <w:sz w:val="20"/>
            <w:szCs w:val="20"/>
            <w:lang w:val="sv-SE"/>
          </w:rPr>
          <w:tab/>
        </w:r>
        <w:hyperlink r:id="rId1" w:history="1">
          <w:r w:rsidRPr="006B2CA0">
            <w:rPr>
              <w:rFonts w:ascii="Calibri" w:eastAsia="Calibri" w:hAnsi="Calibri" w:cs="Times New Roman"/>
              <w:color w:val="0000FF"/>
              <w:sz w:val="20"/>
              <w:szCs w:val="20"/>
              <w:u w:val="single"/>
              <w:lang w:val="sv-SE"/>
            </w:rPr>
            <w:t>www.carlwahren.com</w:t>
          </w:r>
        </w:hyperlink>
      </w:p>
      <w:p w14:paraId="5597275B" w14:textId="77777777" w:rsidR="006B2CA0" w:rsidRPr="006B2CA0" w:rsidRDefault="006B2CA0" w:rsidP="006B2CA0">
        <w:pPr>
          <w:tabs>
            <w:tab w:val="left" w:pos="3969"/>
            <w:tab w:val="left" w:pos="7230"/>
          </w:tabs>
          <w:spacing w:after="0" w:line="240" w:lineRule="auto"/>
          <w:jc w:val="both"/>
          <w:rPr>
            <w:rFonts w:ascii="Calibri" w:eastAsia="Calibri" w:hAnsi="Calibri" w:cs="Times New Roman"/>
            <w:sz w:val="20"/>
            <w:szCs w:val="20"/>
            <w:lang w:val="sv-SE"/>
          </w:rPr>
        </w:pPr>
        <w:proofErr w:type="spellStart"/>
        <w:r w:rsidRPr="006B2CA0">
          <w:rPr>
            <w:rFonts w:ascii="Calibri" w:eastAsia="Calibri" w:hAnsi="Calibri" w:cs="Times New Roman"/>
            <w:sz w:val="20"/>
            <w:szCs w:val="20"/>
            <w:lang w:val="sv-SE"/>
          </w:rPr>
          <w:t>Kokarevägen</w:t>
        </w:r>
        <w:proofErr w:type="spellEnd"/>
        <w:r w:rsidRPr="006B2CA0">
          <w:rPr>
            <w:rFonts w:ascii="Calibri" w:eastAsia="Calibri" w:hAnsi="Calibri" w:cs="Times New Roman"/>
            <w:sz w:val="20"/>
            <w:szCs w:val="20"/>
            <w:lang w:val="sv-SE"/>
          </w:rPr>
          <w:t xml:space="preserve"> 10</w:t>
        </w:r>
        <w:r w:rsidRPr="006B2CA0">
          <w:rPr>
            <w:rFonts w:ascii="Calibri" w:eastAsia="Calibri" w:hAnsi="Calibri" w:cs="Times New Roman"/>
            <w:sz w:val="20"/>
            <w:szCs w:val="20"/>
            <w:lang w:val="sv-SE"/>
          </w:rPr>
          <w:tab/>
          <w:t>rektor 070-419 07 40</w:t>
        </w:r>
        <w:r w:rsidRPr="006B2CA0">
          <w:rPr>
            <w:rFonts w:ascii="Calibri" w:eastAsia="Calibri" w:hAnsi="Calibri" w:cs="Times New Roman"/>
            <w:sz w:val="20"/>
            <w:szCs w:val="20"/>
            <w:lang w:val="sv-SE"/>
          </w:rPr>
          <w:tab/>
        </w:r>
        <w:hyperlink r:id="rId2" w:history="1">
          <w:r w:rsidRPr="006B2CA0">
            <w:rPr>
              <w:rFonts w:ascii="Calibri" w:eastAsia="Calibri" w:hAnsi="Calibri" w:cs="Times New Roman"/>
              <w:color w:val="0000FF"/>
              <w:sz w:val="20"/>
              <w:szCs w:val="20"/>
              <w:u w:val="single"/>
              <w:lang w:val="sv-SE"/>
            </w:rPr>
            <w:t>info@carlwahren.com</w:t>
          </w:r>
        </w:hyperlink>
      </w:p>
      <w:p w14:paraId="309F055F" w14:textId="6EC81A12" w:rsidR="006B2CA0" w:rsidRPr="006B2CA0" w:rsidRDefault="006B2CA0" w:rsidP="006B2CA0">
        <w:pPr>
          <w:tabs>
            <w:tab w:val="left" w:pos="3969"/>
            <w:tab w:val="left" w:pos="7938"/>
          </w:tabs>
          <w:spacing w:after="0" w:line="240" w:lineRule="auto"/>
          <w:jc w:val="both"/>
          <w:rPr>
            <w:rFonts w:ascii="Calibri" w:eastAsia="Calibri" w:hAnsi="Calibri" w:cs="Times New Roman"/>
            <w:sz w:val="22"/>
            <w:lang w:val="sv-SE"/>
          </w:rPr>
        </w:pPr>
        <w:r w:rsidRPr="006B2CA0">
          <w:rPr>
            <w:rFonts w:ascii="Calibri" w:eastAsia="Calibri" w:hAnsi="Calibri" w:cs="Times New Roman"/>
            <w:sz w:val="20"/>
            <w:szCs w:val="20"/>
            <w:lang w:val="sv-SE"/>
          </w:rPr>
          <w:t xml:space="preserve">763 </w:t>
        </w:r>
        <w:proofErr w:type="gramStart"/>
        <w:r w:rsidRPr="006B2CA0">
          <w:rPr>
            <w:rFonts w:ascii="Calibri" w:eastAsia="Calibri" w:hAnsi="Calibri" w:cs="Times New Roman"/>
            <w:sz w:val="20"/>
            <w:szCs w:val="20"/>
            <w:lang w:val="sv-SE"/>
          </w:rPr>
          <w:t>34  HALLSTAVIK</w:t>
        </w:r>
        <w:proofErr w:type="gramEnd"/>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0E1F" w14:textId="77777777" w:rsidR="002F4337" w:rsidRDefault="002F4337" w:rsidP="006B2CA0">
      <w:pPr>
        <w:spacing w:after="0" w:line="240" w:lineRule="auto"/>
      </w:pPr>
      <w:r>
        <w:separator/>
      </w:r>
    </w:p>
  </w:footnote>
  <w:footnote w:type="continuationSeparator" w:id="0">
    <w:p w14:paraId="37A06B51" w14:textId="77777777" w:rsidR="002F4337" w:rsidRDefault="002F4337" w:rsidP="006B2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F09E" w14:textId="36DE94DD" w:rsidR="006B2CA0" w:rsidRPr="00712C42" w:rsidRDefault="006B2CA0" w:rsidP="006B2CA0">
    <w:pPr>
      <w:spacing w:after="0" w:line="240" w:lineRule="auto"/>
      <w:jc w:val="right"/>
      <w:rPr>
        <w:rFonts w:ascii="Calibri" w:eastAsia="Calibri" w:hAnsi="Calibri" w:cs="Times New Roman"/>
        <w:kern w:val="2"/>
        <w:sz w:val="22"/>
        <w:lang w:val="en-GB"/>
        <w14:ligatures w14:val="standardContextual"/>
      </w:rPr>
    </w:pPr>
    <w:r>
      <w:tab/>
    </w:r>
    <w:r w:rsidRPr="00712C42">
      <w:rPr>
        <w:rFonts w:ascii="Calibri" w:eastAsia="Calibri" w:hAnsi="Calibri" w:cs="Times New Roman"/>
        <w:bCs/>
        <w:noProof/>
        <w:sz w:val="22"/>
        <w:lang w:val="sv-SE"/>
      </w:rPr>
      <w:drawing>
        <wp:anchor distT="0" distB="0" distL="114300" distR="114300" simplePos="0" relativeHeight="251659264" behindDoc="1" locked="0" layoutInCell="1" allowOverlap="1" wp14:anchorId="6F69100B" wp14:editId="2C9973CD">
          <wp:simplePos x="0" y="0"/>
          <wp:positionH relativeFrom="column">
            <wp:posOffset>14605</wp:posOffset>
          </wp:positionH>
          <wp:positionV relativeFrom="paragraph">
            <wp:posOffset>69850</wp:posOffset>
          </wp:positionV>
          <wp:extent cx="1543685" cy="636270"/>
          <wp:effectExtent l="0" t="0" r="0" b="0"/>
          <wp:wrapTight wrapText="bothSides">
            <wp:wrapPolygon edited="0">
              <wp:start x="0" y="0"/>
              <wp:lineTo x="0" y="20695"/>
              <wp:lineTo x="21325" y="20695"/>
              <wp:lineTo x="21325" y="0"/>
              <wp:lineTo x="0" y="0"/>
            </wp:wrapPolygon>
          </wp:wrapTight>
          <wp:docPr id="1550981597"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63627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712C42">
      <w:rPr>
        <w:rFonts w:ascii="Calibri" w:eastAsia="Calibri" w:hAnsi="Calibri" w:cs="Times New Roman"/>
        <w:b/>
        <w:kern w:val="2"/>
        <w:sz w:val="36"/>
        <w:szCs w:val="36"/>
        <w:lang w:val="en-GB"/>
        <w14:ligatures w14:val="standardContextual"/>
      </w:rPr>
      <w:t>K</w:t>
    </w:r>
    <w:r>
      <w:rPr>
        <w:rFonts w:ascii="Calibri" w:eastAsia="Calibri" w:hAnsi="Calibri" w:cs="Times New Roman"/>
        <w:b/>
        <w:kern w:val="2"/>
        <w:sz w:val="36"/>
        <w:szCs w:val="36"/>
        <w:lang w:val="en-GB"/>
        <w14:ligatures w14:val="standardContextual"/>
      </w:rPr>
      <w:t>lagomål</w:t>
    </w:r>
    <w:r>
      <w:rPr>
        <w:rFonts w:ascii="Calibri" w:eastAsia="Calibri" w:hAnsi="Calibri" w:cs="Times New Roman"/>
        <w:b/>
        <w:kern w:val="2"/>
        <w:sz w:val="36"/>
        <w:szCs w:val="36"/>
        <w:lang w:val="en-GB"/>
        <w14:ligatures w14:val="standardContextual"/>
      </w:rPr>
      <w:t>sblankett</w:t>
    </w:r>
    <w:proofErr w:type="spellEnd"/>
  </w:p>
  <w:p w14:paraId="50FDA57B" w14:textId="77777777" w:rsidR="006B2CA0" w:rsidRPr="00712C42" w:rsidRDefault="006B2CA0" w:rsidP="006B2CA0">
    <w:pPr>
      <w:spacing w:after="0" w:line="240" w:lineRule="auto"/>
      <w:jc w:val="right"/>
      <w:rPr>
        <w:rFonts w:ascii="Calibri" w:eastAsia="Calibri" w:hAnsi="Calibri" w:cs="Times New Roman"/>
        <w:kern w:val="2"/>
        <w:sz w:val="20"/>
        <w:szCs w:val="20"/>
        <w:lang w:val="en-GB"/>
        <w14:ligatures w14:val="standardContextual"/>
      </w:rPr>
    </w:pPr>
    <w:r w:rsidRPr="00712C42">
      <w:rPr>
        <w:rFonts w:ascii="Calibri" w:eastAsia="Calibri" w:hAnsi="Calibri" w:cs="Times New Roman"/>
        <w:bCs/>
        <w:sz w:val="22"/>
        <w:lang w:val="en-GB"/>
      </w:rPr>
      <w:t>Carl Wahren Gymnasium</w:t>
    </w:r>
  </w:p>
  <w:p w14:paraId="2DC22F7C" w14:textId="77777777" w:rsidR="006B2CA0" w:rsidRPr="00712C42" w:rsidRDefault="006B2CA0" w:rsidP="006B2CA0">
    <w:pPr>
      <w:spacing w:after="0" w:line="240" w:lineRule="auto"/>
      <w:jc w:val="right"/>
      <w:rPr>
        <w:rFonts w:ascii="Calibri" w:eastAsia="Calibri" w:hAnsi="Calibri" w:cs="Times New Roman"/>
        <w:kern w:val="2"/>
        <w:sz w:val="20"/>
        <w:szCs w:val="20"/>
        <w:lang w:val="en-GB"/>
        <w14:ligatures w14:val="standardContextual"/>
      </w:rPr>
    </w:pPr>
    <w:r w:rsidRPr="00712C42">
      <w:rPr>
        <w:rFonts w:ascii="Calibri" w:eastAsia="Calibri" w:hAnsi="Calibri" w:cs="Times New Roman"/>
        <w:bCs/>
        <w:sz w:val="22"/>
        <w:lang w:val="en-GB"/>
      </w:rPr>
      <w:t>C W Education AB</w:t>
    </w:r>
  </w:p>
  <w:p w14:paraId="0DA46CAF" w14:textId="77777777" w:rsidR="006B2CA0" w:rsidRPr="00712C42" w:rsidRDefault="006B2CA0" w:rsidP="006B2CA0">
    <w:pPr>
      <w:spacing w:after="0" w:line="240" w:lineRule="auto"/>
      <w:jc w:val="right"/>
      <w:rPr>
        <w:rFonts w:ascii="Calibri" w:eastAsia="Calibri" w:hAnsi="Calibri" w:cs="Times New Roman"/>
        <w:kern w:val="2"/>
        <w:sz w:val="22"/>
        <w:lang w:val="en-GB"/>
        <w14:ligatures w14:val="standardContextual"/>
      </w:rPr>
    </w:pPr>
    <w:r w:rsidRPr="00712C42">
      <w:rPr>
        <w:rFonts w:ascii="Calibri" w:eastAsia="Calibri" w:hAnsi="Calibri" w:cs="Times New Roman"/>
        <w:kern w:val="2"/>
        <w:sz w:val="22"/>
        <w:lang w:val="en-GB"/>
        <w14:ligatures w14:val="standardContextual"/>
      </w:rPr>
      <w:t>2026-2027</w:t>
    </w:r>
  </w:p>
  <w:p w14:paraId="529EAEEC" w14:textId="77EA37BC" w:rsidR="006B2CA0" w:rsidRDefault="006B2CA0" w:rsidP="006B2CA0">
    <w:pPr>
      <w:pStyle w:val="Sidhuvud"/>
      <w:tabs>
        <w:tab w:val="clear" w:pos="4680"/>
        <w:tab w:val="clear" w:pos="9360"/>
        <w:tab w:val="left" w:pos="54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91703381">
    <w:abstractNumId w:val="8"/>
  </w:num>
  <w:num w:numId="2" w16cid:durableId="1841238737">
    <w:abstractNumId w:val="6"/>
  </w:num>
  <w:num w:numId="3" w16cid:durableId="1798526889">
    <w:abstractNumId w:val="5"/>
  </w:num>
  <w:num w:numId="4" w16cid:durableId="247353966">
    <w:abstractNumId w:val="4"/>
  </w:num>
  <w:num w:numId="5" w16cid:durableId="467238554">
    <w:abstractNumId w:val="7"/>
  </w:num>
  <w:num w:numId="6" w16cid:durableId="181239390">
    <w:abstractNumId w:val="3"/>
  </w:num>
  <w:num w:numId="7" w16cid:durableId="394593305">
    <w:abstractNumId w:val="2"/>
  </w:num>
  <w:num w:numId="8" w16cid:durableId="109980290">
    <w:abstractNumId w:val="1"/>
  </w:num>
  <w:num w:numId="9" w16cid:durableId="1820801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1A1"/>
    <w:rsid w:val="0015074B"/>
    <w:rsid w:val="0029639D"/>
    <w:rsid w:val="002B12F4"/>
    <w:rsid w:val="002F4337"/>
    <w:rsid w:val="00326F90"/>
    <w:rsid w:val="0061475C"/>
    <w:rsid w:val="006B2CA0"/>
    <w:rsid w:val="009131B2"/>
    <w:rsid w:val="00AA1D8D"/>
    <w:rsid w:val="00B47730"/>
    <w:rsid w:val="00B84CBB"/>
    <w:rsid w:val="00CB0664"/>
    <w:rsid w:val="00D061AB"/>
    <w:rsid w:val="00E512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A78C8"/>
  <w14:defaultImageDpi w14:val="300"/>
  <w15:docId w15:val="{52FCC54A-F184-4C4E-9F95-70B9D5F3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tshllartext">
    <w:name w:val="Placeholder Text"/>
    <w:basedOn w:val="Standardstycketeckensnitt"/>
    <w:uiPriority w:val="99"/>
    <w:semiHidden/>
    <w:rsid w:val="006B2CA0"/>
    <w:rPr>
      <w:color w:val="666666"/>
    </w:rPr>
  </w:style>
  <w:style w:type="character" w:styleId="Hyperlnk">
    <w:name w:val="Hyperlink"/>
    <w:basedOn w:val="Standardstycketeckensnitt"/>
    <w:uiPriority w:val="99"/>
    <w:unhideWhenUsed/>
    <w:rsid w:val="0061475C"/>
    <w:rPr>
      <w:color w:val="0000FF" w:themeColor="hyperlink"/>
      <w:u w:val="single"/>
    </w:rPr>
  </w:style>
  <w:style w:type="character" w:styleId="Olstomnmnande">
    <w:name w:val="Unresolved Mention"/>
    <w:basedOn w:val="Standardstycketeckensnitt"/>
    <w:uiPriority w:val="99"/>
    <w:semiHidden/>
    <w:unhideWhenUsed/>
    <w:rsid w:val="006147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ine.lindgren@carlwahren.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mailto:info@carlwahren.com" TargetMode="External"/><Relationship Id="rId1" Type="http://schemas.openxmlformats.org/officeDocument/2006/relationships/hyperlink" Target="http://www.carlwahr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mänt"/>
          <w:gallery w:val="placeholder"/>
        </w:category>
        <w:types>
          <w:type w:val="bbPlcHdr"/>
        </w:types>
        <w:behaviors>
          <w:behavior w:val="content"/>
        </w:behaviors>
        <w:guid w:val="{1440148F-C232-499C-B371-3881EA5AB113}"/>
      </w:docPartPr>
      <w:docPartBody>
        <w:p w:rsidR="00B3742D" w:rsidRDefault="00703926">
          <w:r w:rsidRPr="006663D7">
            <w:rPr>
              <w:rStyle w:val="Platshllartext"/>
            </w:rPr>
            <w:t>Klicka eller tryck här för att ange datum.</w:t>
          </w:r>
        </w:p>
      </w:docPartBody>
    </w:docPart>
    <w:docPart>
      <w:docPartPr>
        <w:name w:val="DefaultPlaceholder_-1854013440"/>
        <w:category>
          <w:name w:val="Allmänt"/>
          <w:gallery w:val="placeholder"/>
        </w:category>
        <w:types>
          <w:type w:val="bbPlcHdr"/>
        </w:types>
        <w:behaviors>
          <w:behavior w:val="content"/>
        </w:behaviors>
        <w:guid w:val="{656F068C-B185-4E86-8414-E8593A4AA88D}"/>
      </w:docPartPr>
      <w:docPartBody>
        <w:p w:rsidR="00B3742D" w:rsidRDefault="00703926">
          <w:r w:rsidRPr="006663D7">
            <w:rPr>
              <w:rStyle w:val="Platshllartext"/>
            </w:rPr>
            <w:t>Klicka eller tryck här för att ange text.</w:t>
          </w:r>
        </w:p>
      </w:docPartBody>
    </w:docPart>
    <w:docPart>
      <w:docPartPr>
        <w:name w:val="41535CBB0F0F4B99A0EC7C0F3972A125"/>
        <w:category>
          <w:name w:val="Allmänt"/>
          <w:gallery w:val="placeholder"/>
        </w:category>
        <w:types>
          <w:type w:val="bbPlcHdr"/>
        </w:types>
        <w:behaviors>
          <w:behavior w:val="content"/>
        </w:behaviors>
        <w:guid w:val="{B444978F-CD0C-47CA-850B-BC64935B1E85}"/>
      </w:docPartPr>
      <w:docPartBody>
        <w:p w:rsidR="00B3742D" w:rsidRDefault="00703926" w:rsidP="00703926">
          <w:pPr>
            <w:pStyle w:val="41535CBB0F0F4B99A0EC7C0F3972A125"/>
          </w:pPr>
          <w:r w:rsidRPr="006663D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926"/>
    <w:rsid w:val="00703926"/>
    <w:rsid w:val="009131B2"/>
    <w:rsid w:val="00B374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703926"/>
    <w:rPr>
      <w:color w:val="666666"/>
    </w:rPr>
  </w:style>
  <w:style w:type="paragraph" w:customStyle="1" w:styleId="D5F5733271D648C793F4831B0E4F567F">
    <w:name w:val="D5F5733271D648C793F4831B0E4F567F"/>
    <w:rsid w:val="00703926"/>
  </w:style>
  <w:style w:type="paragraph" w:customStyle="1" w:styleId="41535CBB0F0F4B99A0EC7C0F3972A125">
    <w:name w:val="41535CBB0F0F4B99A0EC7C0F3972A125"/>
    <w:rsid w:val="007039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0489E55DC85DAF44AE527EE9E407715D" ma:contentTypeVersion="18" ma:contentTypeDescription="Skapa ett nytt dokument." ma:contentTypeScope="" ma:versionID="492185b21b03cff22ab92528af972eb8">
  <xsd:schema xmlns:xsd="http://www.w3.org/2001/XMLSchema" xmlns:xs="http://www.w3.org/2001/XMLSchema" xmlns:p="http://schemas.microsoft.com/office/2006/metadata/properties" xmlns:ns2="3ceb6205-c0d2-4642-8841-2e090b1c4c64" xmlns:ns3="dc6d01ac-051b-4c87-9c57-cccb7a4660ef" targetNamespace="http://schemas.microsoft.com/office/2006/metadata/properties" ma:root="true" ma:fieldsID="90919b875497ca7d07b0592126b64a20" ns2:_="" ns3:_="">
    <xsd:import namespace="3ceb6205-c0d2-4642-8841-2e090b1c4c64"/>
    <xsd:import namespace="dc6d01ac-051b-4c87-9c57-cccb7a4660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VFVVS19"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6205-c0d2-4642-8841-2e090b1c4c64"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2" nillable="true" ma:displayName="Taxonomy Catch All Column" ma:hidden="true" ma:list="{71609d4e-2967-4333-add3-b1396e9bebb4}" ma:internalName="TaxCatchAll" ma:showField="CatchAllData" ma:web="3ceb6205-c0d2-4642-8841-2e090b1c4c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6d01ac-051b-4c87-9c57-cccb7a4660e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VFVVS19" ma:index="16" nillable="true" ma:displayName="VFVVS19" ma:format="Dropdown" ma:internalName="VFVVS19">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04b60a6e-fdff-44de-9bb5-5e6740223d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eb6205-c0d2-4642-8841-2e090b1c4c64" xsi:nil="true"/>
    <lcf76f155ced4ddcb4097134ff3c332f xmlns="dc6d01ac-051b-4c87-9c57-cccb7a4660ef">
      <Terms xmlns="http://schemas.microsoft.com/office/infopath/2007/PartnerControls"/>
    </lcf76f155ced4ddcb4097134ff3c332f>
    <VFVVS19 xmlns="dc6d01ac-051b-4c87-9c57-cccb7a4660e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17B583B-9B02-4106-8414-34CC16CDA91C}"/>
</file>

<file path=customXml/itemProps3.xml><?xml version="1.0" encoding="utf-8"?>
<ds:datastoreItem xmlns:ds="http://schemas.openxmlformats.org/officeDocument/2006/customXml" ds:itemID="{CB89B763-2BFC-4E79-A1EF-8466949DA2D7}"/>
</file>

<file path=customXml/itemProps4.xml><?xml version="1.0" encoding="utf-8"?>
<ds:datastoreItem xmlns:ds="http://schemas.openxmlformats.org/officeDocument/2006/customXml" ds:itemID="{CC2CDAB3-4EEC-47B9-B5F6-021A49F6FA2E}"/>
</file>

<file path=docProps/app.xml><?xml version="1.0" encoding="utf-8"?>
<Properties xmlns="http://schemas.openxmlformats.org/officeDocument/2006/extended-properties" xmlns:vt="http://schemas.openxmlformats.org/officeDocument/2006/docPropsVTypes">
  <Template>Normal.dotm</Template>
  <TotalTime>2</TotalTime>
  <Pages>2</Pages>
  <Words>282</Words>
  <Characters>1495</Characters>
  <Application>Microsoft Office Word</Application>
  <DocSecurity>8</DocSecurity>
  <Lines>12</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Ödquist</cp:lastModifiedBy>
  <cp:revision>3</cp:revision>
  <dcterms:created xsi:type="dcterms:W3CDTF">2026-09-01T13:28:00Z</dcterms:created>
  <dcterms:modified xsi:type="dcterms:W3CDTF">2026-09-01T13:29:00Z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0x0101000489E55DC85DAF44AE527EE9E407715D</vt:lpwstr>
  </property>
</Properties>
</file>